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87F24" w14:textId="77777777" w:rsidR="000D5284" w:rsidRDefault="000D5284" w:rsidP="000D5284">
      <w:pPr>
        <w:jc w:val="center"/>
        <w:rPr>
          <w:noProof/>
          <w:lang w:eastAsia="ja-JP"/>
        </w:rPr>
      </w:pPr>
      <w:r>
        <w:rPr>
          <w:rFonts w:hint="eastAsia"/>
          <w:noProof/>
          <w:lang w:eastAsia="ja-JP"/>
        </w:rPr>
        <w:t>近江八幡市妊婦に対する遠方の分娩取扱施設への交通費及び宿泊費助成申請書</w:t>
      </w:r>
    </w:p>
    <w:p w14:paraId="11F81458" w14:textId="3744906A" w:rsidR="00D976FD" w:rsidRDefault="00D976FD" w:rsidP="000D5284">
      <w:pPr>
        <w:ind w:firstLineChars="100" w:firstLine="220"/>
        <w:jc w:val="right"/>
        <w:rPr>
          <w:noProof/>
        </w:rPr>
      </w:pPr>
      <w:r>
        <w:rPr>
          <w:rFonts w:hint="eastAsia"/>
          <w:noProof/>
        </w:rPr>
        <w:t>年</w:t>
      </w:r>
      <w:r>
        <w:rPr>
          <w:rFonts w:hint="eastAsia"/>
          <w:noProof/>
        </w:rPr>
        <w:t xml:space="preserve"> </w:t>
      </w:r>
      <w:r w:rsidR="000D5284">
        <w:rPr>
          <w:rFonts w:hint="eastAsia"/>
          <w:noProof/>
          <w:lang w:eastAsia="ja-JP"/>
        </w:rPr>
        <w:t xml:space="preserve">　　</w:t>
      </w:r>
      <w:r>
        <w:rPr>
          <w:rFonts w:hint="eastAsia"/>
          <w:noProof/>
        </w:rPr>
        <w:t>月</w:t>
      </w:r>
      <w:r>
        <w:rPr>
          <w:rFonts w:hint="eastAsia"/>
          <w:noProof/>
        </w:rPr>
        <w:t xml:space="preserve"> </w:t>
      </w:r>
      <w:r w:rsidR="000D5284">
        <w:rPr>
          <w:rFonts w:hint="eastAsia"/>
          <w:noProof/>
          <w:lang w:eastAsia="ja-JP"/>
        </w:rPr>
        <w:t xml:space="preserve">　　</w:t>
      </w:r>
      <w:r>
        <w:rPr>
          <w:rFonts w:hint="eastAsia"/>
          <w:noProof/>
        </w:rPr>
        <w:t>日</w:t>
      </w:r>
    </w:p>
    <w:p w14:paraId="753140FE" w14:textId="6935FFD3" w:rsidR="00D976FD" w:rsidRDefault="00D976FD" w:rsidP="00D976FD">
      <w:pPr>
        <w:rPr>
          <w:noProof/>
        </w:rPr>
      </w:pPr>
      <w:r>
        <w:rPr>
          <w:rFonts w:hint="eastAsia"/>
          <w:noProof/>
        </w:rPr>
        <w:t>（宛先）</w:t>
      </w:r>
      <w:r>
        <w:rPr>
          <w:rFonts w:hint="eastAsia"/>
          <w:noProof/>
          <w:lang w:eastAsia="ja-JP"/>
        </w:rPr>
        <w:t>近江八幡</w:t>
      </w:r>
      <w:r>
        <w:rPr>
          <w:rFonts w:hint="eastAsia"/>
          <w:noProof/>
        </w:rPr>
        <w:t>市長</w:t>
      </w:r>
    </w:p>
    <w:p w14:paraId="4693C5EA" w14:textId="2F3F49DA" w:rsidR="00D976FD" w:rsidRDefault="00D976FD" w:rsidP="00D976FD">
      <w:pPr>
        <w:rPr>
          <w:noProof/>
          <w:lang w:eastAsia="ja-JP"/>
        </w:rPr>
      </w:pPr>
      <w:r>
        <w:rPr>
          <w:rFonts w:hint="eastAsia"/>
          <w:noProof/>
          <w:lang w:eastAsia="ja-JP"/>
        </w:rPr>
        <w:t>関係書類を添えて、次のとおり</w:t>
      </w:r>
      <w:r w:rsidR="000D5284">
        <w:rPr>
          <w:rFonts w:hint="eastAsia"/>
          <w:noProof/>
          <w:lang w:eastAsia="ja-JP"/>
        </w:rPr>
        <w:t>妊婦に対する遠方の分娩取扱施設への交通費及び宿泊費助成の</w:t>
      </w:r>
      <w:r>
        <w:rPr>
          <w:rFonts w:hint="eastAsia"/>
          <w:noProof/>
          <w:lang w:eastAsia="ja-JP"/>
        </w:rPr>
        <w:t>申請</w:t>
      </w:r>
      <w:r w:rsidR="000D5284">
        <w:rPr>
          <w:rFonts w:hint="eastAsia"/>
          <w:noProof/>
          <w:lang w:eastAsia="ja-JP"/>
        </w:rPr>
        <w:t>を</w:t>
      </w:r>
      <w:r>
        <w:rPr>
          <w:rFonts w:hint="eastAsia"/>
          <w:noProof/>
          <w:lang w:eastAsia="ja-JP"/>
        </w:rPr>
        <w:t>します。なお、助成金は、下記振込先への振り込みを希望します。</w:t>
      </w:r>
    </w:p>
    <w:p w14:paraId="2E1C8B5C" w14:textId="3A11BA57" w:rsidR="00D976FD" w:rsidRDefault="00D976FD" w:rsidP="00D976FD">
      <w:pPr>
        <w:rPr>
          <w:noProof/>
          <w:lang w:eastAsia="ja-JP"/>
        </w:rPr>
      </w:pPr>
      <w:r>
        <w:rPr>
          <w:rFonts w:hint="eastAsia"/>
          <w:noProof/>
          <w:lang w:eastAsia="ja-JP"/>
        </w:rPr>
        <w:t>また、近江八幡市が必要に応じ、この申請内容について医療機関等に照会することに同意します。</w:t>
      </w:r>
    </w:p>
    <w:p w14:paraId="181B0ABC" w14:textId="77777777" w:rsidR="00D976FD" w:rsidRDefault="00D976FD" w:rsidP="00D976FD">
      <w:pPr>
        <w:rPr>
          <w:noProof/>
          <w:lang w:eastAsia="ja-JP"/>
        </w:rPr>
      </w:pPr>
      <w:r>
        <w:rPr>
          <w:rFonts w:hint="eastAsia"/>
          <w:noProof/>
        </w:rPr>
        <w:t>１．申請者情報</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81"/>
        <w:gridCol w:w="974"/>
        <w:gridCol w:w="439"/>
        <w:gridCol w:w="535"/>
        <w:gridCol w:w="965"/>
        <w:gridCol w:w="9"/>
        <w:gridCol w:w="854"/>
        <w:gridCol w:w="120"/>
        <w:gridCol w:w="974"/>
        <w:gridCol w:w="181"/>
        <w:gridCol w:w="775"/>
        <w:gridCol w:w="992"/>
        <w:gridCol w:w="1540"/>
      </w:tblGrid>
      <w:tr w:rsidR="00014DE1" w:rsidRPr="00D12F3C" w14:paraId="0A278626" w14:textId="77777777" w:rsidTr="00014DE1">
        <w:trPr>
          <w:trHeight w:val="463"/>
          <w:jc w:val="center"/>
        </w:trPr>
        <w:tc>
          <w:tcPr>
            <w:tcW w:w="562" w:type="dxa"/>
            <w:vMerge w:val="restart"/>
            <w:vAlign w:val="center"/>
            <w:hideMark/>
          </w:tcPr>
          <w:p w14:paraId="7B39488C" w14:textId="554F7762" w:rsidR="00014DE1" w:rsidRPr="00D12F3C" w:rsidRDefault="00014DE1" w:rsidP="00411682">
            <w:pPr>
              <w:snapToGrid w:val="0"/>
              <w:jc w:val="center"/>
              <w:rPr>
                <w:rFonts w:ascii="ＭＳ 明朝" w:eastAsia="ＭＳ 明朝" w:hAnsi="ＭＳ 明朝" w:cs="Times New Roman"/>
                <w:color w:val="000000" w:themeColor="text1"/>
              </w:rPr>
            </w:pPr>
            <w:r>
              <w:rPr>
                <w:rFonts w:ascii="ＭＳ 明朝" w:eastAsia="ＭＳ 明朝" w:hAnsi="ＭＳ 明朝" w:cs="Times New Roman" w:hint="eastAsia"/>
                <w:color w:val="000000" w:themeColor="text1"/>
                <w:lang w:eastAsia="ja-JP"/>
              </w:rPr>
              <w:t>利用者</w:t>
            </w:r>
          </w:p>
        </w:tc>
        <w:tc>
          <w:tcPr>
            <w:tcW w:w="2694" w:type="dxa"/>
            <w:gridSpan w:val="3"/>
            <w:vAlign w:val="center"/>
            <w:hideMark/>
          </w:tcPr>
          <w:p w14:paraId="5FA12E39" w14:textId="19789167" w:rsidR="00014DE1" w:rsidRPr="00D12F3C" w:rsidRDefault="00014DE1" w:rsidP="00411682">
            <w:pPr>
              <w:snapToGrid w:val="0"/>
              <w:ind w:leftChars="-32" w:left="-70" w:rightChars="-44" w:right="-97"/>
              <w:jc w:val="center"/>
              <w:rPr>
                <w:rFonts w:ascii="ＭＳ 明朝" w:eastAsia="ＭＳ 明朝" w:hAnsi="ＭＳ 明朝" w:cs="Times New Roman"/>
                <w:color w:val="000000" w:themeColor="text1"/>
              </w:rPr>
            </w:pPr>
            <w:r>
              <w:rPr>
                <w:rFonts w:ascii="ＭＳ 明朝" w:eastAsia="ＭＳ 明朝" w:hAnsi="ＭＳ 明朝" w:cs="Times New Roman"/>
                <w:color w:val="000000" w:themeColor="text1"/>
              </w:rPr>
              <w:ruby>
                <w:rubyPr>
                  <w:rubyAlign w:val="distributeSpace"/>
                  <w:hps w:val="11"/>
                  <w:hpsRaise w:val="20"/>
                  <w:hpsBaseText w:val="22"/>
                  <w:lid w:val="en-US"/>
                </w:rubyPr>
                <w:rt>
                  <w:r w:rsidR="00014DE1" w:rsidRPr="000D5284">
                    <w:rPr>
                      <w:rFonts w:ascii="ＭＳ 明朝" w:eastAsia="ＭＳ 明朝" w:hAnsi="ＭＳ 明朝" w:cs="Times New Roman"/>
                      <w:color w:val="000000" w:themeColor="text1"/>
                      <w:sz w:val="11"/>
                    </w:rPr>
                    <w:t>ふり</w:t>
                  </w:r>
                </w:rt>
                <w:rubyBase>
                  <w:r w:rsidR="00014DE1">
                    <w:rPr>
                      <w:rFonts w:ascii="ＭＳ 明朝" w:eastAsia="ＭＳ 明朝" w:hAnsi="ＭＳ 明朝" w:cs="Times New Roman"/>
                      <w:color w:val="000000" w:themeColor="text1"/>
                    </w:rPr>
                    <w:t>氏</w:t>
                  </w:r>
                </w:rubyBase>
              </w:ruby>
            </w:r>
            <w:r w:rsidRPr="00D12F3C">
              <w:rPr>
                <w:rFonts w:ascii="ＭＳ 明朝" w:eastAsia="ＭＳ 明朝" w:hAnsi="ＭＳ 明朝" w:cs="Times New Roman" w:hint="eastAsia"/>
                <w:color w:val="000000" w:themeColor="text1"/>
              </w:rPr>
              <w:t xml:space="preserve">　　</w:t>
            </w:r>
            <w:r>
              <w:rPr>
                <w:rFonts w:ascii="ＭＳ 明朝" w:eastAsia="ＭＳ 明朝" w:hAnsi="ＭＳ 明朝" w:cs="Times New Roman"/>
                <w:color w:val="000000" w:themeColor="text1"/>
              </w:rPr>
              <w:ruby>
                <w:rubyPr>
                  <w:rubyAlign w:val="distributeSpace"/>
                  <w:hps w:val="11"/>
                  <w:hpsRaise w:val="20"/>
                  <w:hpsBaseText w:val="22"/>
                  <w:lid w:val="en-US"/>
                </w:rubyPr>
                <w:rt>
                  <w:r w:rsidR="00014DE1" w:rsidRPr="000D5284">
                    <w:rPr>
                      <w:rFonts w:ascii="ＭＳ 明朝" w:eastAsia="ＭＳ 明朝" w:hAnsi="ＭＳ 明朝" w:cs="Times New Roman"/>
                      <w:color w:val="000000" w:themeColor="text1"/>
                      <w:sz w:val="11"/>
                    </w:rPr>
                    <w:t>がな</w:t>
                  </w:r>
                </w:rt>
                <w:rubyBase>
                  <w:r w:rsidR="00014DE1">
                    <w:rPr>
                      <w:rFonts w:ascii="ＭＳ 明朝" w:eastAsia="ＭＳ 明朝" w:hAnsi="ＭＳ 明朝" w:cs="Times New Roman"/>
                      <w:color w:val="000000" w:themeColor="text1"/>
                    </w:rPr>
                    <w:t>名</w:t>
                  </w:r>
                </w:rubyBase>
              </w:ruby>
            </w:r>
          </w:p>
        </w:tc>
        <w:tc>
          <w:tcPr>
            <w:tcW w:w="6945" w:type="dxa"/>
            <w:gridSpan w:val="10"/>
            <w:vAlign w:val="center"/>
          </w:tcPr>
          <w:p w14:paraId="45773B37" w14:textId="77777777" w:rsidR="00014DE1" w:rsidRPr="00D12F3C" w:rsidRDefault="00014DE1" w:rsidP="00411682">
            <w:pPr>
              <w:snapToGrid w:val="0"/>
              <w:jc w:val="both"/>
              <w:rPr>
                <w:rFonts w:ascii="ＭＳ 明朝" w:eastAsia="ＭＳ 明朝" w:hAnsi="ＭＳ 明朝" w:cs="Times New Roman"/>
                <w:color w:val="000000" w:themeColor="text1"/>
                <w:u w:val="single"/>
              </w:rPr>
            </w:pPr>
          </w:p>
        </w:tc>
      </w:tr>
      <w:tr w:rsidR="00014DE1" w:rsidRPr="00D12F3C" w14:paraId="3419A343" w14:textId="77777777" w:rsidTr="00014DE1">
        <w:trPr>
          <w:trHeight w:val="621"/>
          <w:jc w:val="center"/>
        </w:trPr>
        <w:tc>
          <w:tcPr>
            <w:tcW w:w="562" w:type="dxa"/>
            <w:vMerge/>
            <w:vAlign w:val="center"/>
            <w:hideMark/>
          </w:tcPr>
          <w:p w14:paraId="29521920" w14:textId="085BDBB1" w:rsidR="00014DE1" w:rsidRPr="00D12F3C" w:rsidRDefault="00014DE1" w:rsidP="00411682">
            <w:pPr>
              <w:snapToGrid w:val="0"/>
              <w:rPr>
                <w:rFonts w:ascii="ＭＳ 明朝" w:eastAsia="ＭＳ 明朝" w:hAnsi="ＭＳ 明朝" w:cs="Times New Roman"/>
                <w:color w:val="000000" w:themeColor="text1"/>
              </w:rPr>
            </w:pPr>
          </w:p>
        </w:tc>
        <w:tc>
          <w:tcPr>
            <w:tcW w:w="2694" w:type="dxa"/>
            <w:gridSpan w:val="3"/>
            <w:vAlign w:val="center"/>
            <w:hideMark/>
          </w:tcPr>
          <w:p w14:paraId="43AE1BE0" w14:textId="2C27A56D" w:rsidR="00014DE1" w:rsidRPr="00D12F3C" w:rsidRDefault="00014DE1" w:rsidP="00014DE1">
            <w:pPr>
              <w:snapToGrid w:val="0"/>
              <w:ind w:leftChars="-32" w:left="-70" w:rightChars="-44" w:right="-97"/>
              <w:jc w:val="center"/>
              <w:rPr>
                <w:rFonts w:ascii="ＭＳ 明朝" w:eastAsia="ＭＳ 明朝" w:hAnsi="ＭＳ 明朝" w:cs="Times New Roman"/>
                <w:color w:val="000000" w:themeColor="text1"/>
              </w:rPr>
            </w:pPr>
            <w:r w:rsidRPr="00D12F3C">
              <w:rPr>
                <w:rFonts w:ascii="ＭＳ 明朝" w:eastAsia="ＭＳ 明朝" w:hAnsi="ＭＳ 明朝" w:cs="Times New Roman" w:hint="eastAsia"/>
                <w:color w:val="000000" w:themeColor="text1"/>
              </w:rPr>
              <w:t>住</w:t>
            </w:r>
            <w:r w:rsidRPr="00D12F3C">
              <w:rPr>
                <w:rFonts w:ascii="ＭＳ 明朝" w:eastAsia="ＭＳ 明朝" w:hAnsi="ＭＳ 明朝" w:cs="Times New Roman"/>
                <w:color w:val="000000" w:themeColor="text1"/>
              </w:rPr>
              <w:t xml:space="preserve"> </w:t>
            </w:r>
            <w:r w:rsidRPr="00D12F3C">
              <w:rPr>
                <w:rFonts w:ascii="ＭＳ 明朝" w:eastAsia="ＭＳ 明朝" w:hAnsi="ＭＳ 明朝" w:cs="Times New Roman" w:hint="eastAsia"/>
                <w:color w:val="000000" w:themeColor="text1"/>
              </w:rPr>
              <w:t>所</w:t>
            </w:r>
            <w:r w:rsidRPr="00D12F3C">
              <w:rPr>
                <w:rFonts w:ascii="ＭＳ 明朝" w:eastAsia="ＭＳ 明朝" w:hAnsi="ＭＳ 明朝" w:cs="Times New Roman"/>
                <w:color w:val="000000" w:themeColor="text1"/>
              </w:rPr>
              <w:t xml:space="preserve"> </w:t>
            </w:r>
            <w:r w:rsidRPr="00D12F3C">
              <w:rPr>
                <w:rFonts w:ascii="ＭＳ 明朝" w:eastAsia="ＭＳ 明朝" w:hAnsi="ＭＳ 明朝" w:cs="Times New Roman" w:hint="eastAsia"/>
                <w:color w:val="000000" w:themeColor="text1"/>
              </w:rPr>
              <w:t>地</w:t>
            </w:r>
            <w:r>
              <w:rPr>
                <w:rFonts w:ascii="ＭＳ 明朝" w:eastAsia="ＭＳ 明朝" w:hAnsi="ＭＳ 明朝" w:cs="Times New Roman" w:hint="eastAsia"/>
                <w:color w:val="000000" w:themeColor="text1"/>
                <w:lang w:eastAsia="ja-JP"/>
              </w:rPr>
              <w:t xml:space="preserve">　</w:t>
            </w:r>
            <w:r w:rsidRPr="00D12F3C">
              <w:rPr>
                <w:rFonts w:ascii="ＭＳ 明朝" w:eastAsia="ＭＳ 明朝" w:hAnsi="ＭＳ 明朝" w:cs="Times New Roman"/>
                <w:color w:val="000000" w:themeColor="text1"/>
                <w:sz w:val="16"/>
              </w:rPr>
              <w:t>(</w:t>
            </w:r>
            <w:proofErr w:type="spellStart"/>
            <w:r w:rsidRPr="00D12F3C">
              <w:rPr>
                <w:rFonts w:ascii="ＭＳ 明朝" w:eastAsia="ＭＳ 明朝" w:hAnsi="ＭＳ 明朝" w:cs="Times New Roman" w:hint="eastAsia"/>
                <w:color w:val="000000" w:themeColor="text1"/>
                <w:sz w:val="16"/>
              </w:rPr>
              <w:t>住民票所在地</w:t>
            </w:r>
            <w:proofErr w:type="spellEnd"/>
            <w:r w:rsidRPr="00D12F3C">
              <w:rPr>
                <w:rFonts w:ascii="ＭＳ 明朝" w:eastAsia="ＭＳ 明朝" w:hAnsi="ＭＳ 明朝" w:cs="Times New Roman"/>
                <w:color w:val="000000" w:themeColor="text1"/>
                <w:sz w:val="16"/>
              </w:rPr>
              <w:t>)</w:t>
            </w:r>
          </w:p>
        </w:tc>
        <w:tc>
          <w:tcPr>
            <w:tcW w:w="6945" w:type="dxa"/>
            <w:gridSpan w:val="10"/>
            <w:vAlign w:val="center"/>
          </w:tcPr>
          <w:p w14:paraId="09704BD3" w14:textId="77777777" w:rsidR="00014DE1" w:rsidRPr="00D12F3C" w:rsidRDefault="00014DE1" w:rsidP="00411682">
            <w:pPr>
              <w:snapToGrid w:val="0"/>
              <w:jc w:val="both"/>
              <w:rPr>
                <w:rFonts w:ascii="ＭＳ 明朝" w:eastAsia="ＭＳ 明朝" w:hAnsi="ＭＳ 明朝" w:cs="Times New Roman"/>
                <w:color w:val="000000" w:themeColor="text1"/>
                <w:u w:val="single"/>
              </w:rPr>
            </w:pPr>
          </w:p>
        </w:tc>
      </w:tr>
      <w:tr w:rsidR="00014DE1" w:rsidRPr="00D12F3C" w14:paraId="55B4CBEA" w14:textId="77777777" w:rsidTr="00014DE1">
        <w:trPr>
          <w:trHeight w:val="826"/>
          <w:jc w:val="center"/>
        </w:trPr>
        <w:tc>
          <w:tcPr>
            <w:tcW w:w="562" w:type="dxa"/>
            <w:vMerge/>
            <w:vAlign w:val="center"/>
          </w:tcPr>
          <w:p w14:paraId="5699115D" w14:textId="77777777" w:rsidR="00014DE1" w:rsidRPr="00D12F3C" w:rsidRDefault="00014DE1" w:rsidP="00411682">
            <w:pPr>
              <w:snapToGrid w:val="0"/>
              <w:rPr>
                <w:rFonts w:ascii="ＭＳ 明朝" w:eastAsia="ＭＳ 明朝" w:hAnsi="ＭＳ 明朝" w:cs="Times New Roman"/>
                <w:color w:val="000000" w:themeColor="text1"/>
              </w:rPr>
            </w:pPr>
          </w:p>
        </w:tc>
        <w:tc>
          <w:tcPr>
            <w:tcW w:w="2694" w:type="dxa"/>
            <w:gridSpan w:val="3"/>
            <w:vAlign w:val="center"/>
          </w:tcPr>
          <w:p w14:paraId="493BF653" w14:textId="6D6CB634" w:rsidR="00014DE1" w:rsidRPr="00D12F3C" w:rsidRDefault="00014DE1" w:rsidP="00411682">
            <w:pPr>
              <w:snapToGrid w:val="0"/>
              <w:ind w:leftChars="-32" w:left="-70" w:rightChars="-44" w:right="-97"/>
              <w:jc w:val="center"/>
              <w:rPr>
                <w:rFonts w:ascii="ＭＳ 明朝" w:eastAsia="ＭＳ 明朝" w:hAnsi="ＭＳ 明朝" w:cs="Times New Roman"/>
                <w:color w:val="000000" w:themeColor="text1"/>
                <w:lang w:eastAsia="ja-JP"/>
              </w:rPr>
            </w:pPr>
            <w:r>
              <w:rPr>
                <w:rFonts w:ascii="ＭＳ 明朝" w:eastAsia="ＭＳ 明朝" w:hAnsi="ＭＳ 明朝" w:cs="Times New Roman" w:hint="eastAsia"/>
                <w:color w:val="000000" w:themeColor="text1"/>
                <w:lang w:eastAsia="ja-JP"/>
              </w:rPr>
              <w:t>里帰り先</w:t>
            </w:r>
          </w:p>
          <w:p w14:paraId="1C65AA51" w14:textId="0116C71E" w:rsidR="00014DE1" w:rsidRPr="00D12F3C" w:rsidRDefault="00014DE1" w:rsidP="00411682">
            <w:pPr>
              <w:snapToGrid w:val="0"/>
              <w:ind w:leftChars="-32" w:left="-70" w:rightChars="-44" w:right="-97"/>
              <w:jc w:val="center"/>
              <w:rPr>
                <w:rFonts w:ascii="ＭＳ 明朝" w:eastAsia="ＭＳ 明朝" w:hAnsi="ＭＳ 明朝" w:cs="Times New Roman"/>
                <w:color w:val="000000" w:themeColor="text1"/>
                <w:lang w:eastAsia="ja-JP"/>
              </w:rPr>
            </w:pPr>
            <w:r w:rsidRPr="00D12F3C">
              <w:rPr>
                <w:rFonts w:ascii="ＭＳ 明朝" w:eastAsia="ＭＳ 明朝" w:hAnsi="ＭＳ 明朝" w:cs="Times New Roman"/>
                <w:color w:val="000000" w:themeColor="text1"/>
                <w:sz w:val="16"/>
                <w:lang w:eastAsia="ja-JP"/>
              </w:rPr>
              <w:t>(</w:t>
            </w:r>
            <w:r>
              <w:rPr>
                <w:rFonts w:ascii="ＭＳ 明朝" w:eastAsia="ＭＳ 明朝" w:hAnsi="ＭＳ 明朝" w:cs="Times New Roman" w:hint="eastAsia"/>
                <w:color w:val="000000" w:themeColor="text1"/>
                <w:sz w:val="16"/>
                <w:lang w:eastAsia="ja-JP"/>
              </w:rPr>
              <w:t>里帰りしている</w:t>
            </w:r>
            <w:r w:rsidRPr="00D12F3C">
              <w:rPr>
                <w:rFonts w:ascii="ＭＳ 明朝" w:eastAsia="ＭＳ 明朝" w:hAnsi="ＭＳ 明朝" w:cs="Times New Roman" w:hint="eastAsia"/>
                <w:color w:val="000000" w:themeColor="text1"/>
                <w:sz w:val="16"/>
                <w:lang w:eastAsia="ja-JP"/>
              </w:rPr>
              <w:t>場合のみ記入</w:t>
            </w:r>
            <w:r w:rsidRPr="00D12F3C">
              <w:rPr>
                <w:rFonts w:ascii="ＭＳ 明朝" w:eastAsia="ＭＳ 明朝" w:hAnsi="ＭＳ 明朝" w:cs="Times New Roman"/>
                <w:color w:val="000000" w:themeColor="text1"/>
                <w:sz w:val="16"/>
                <w:lang w:eastAsia="ja-JP"/>
              </w:rPr>
              <w:t>)</w:t>
            </w:r>
          </w:p>
        </w:tc>
        <w:tc>
          <w:tcPr>
            <w:tcW w:w="6945" w:type="dxa"/>
            <w:gridSpan w:val="10"/>
            <w:vAlign w:val="bottom"/>
          </w:tcPr>
          <w:p w14:paraId="0343A8F1" w14:textId="77777777" w:rsidR="00014DE1" w:rsidRPr="00D12F3C" w:rsidRDefault="00014DE1" w:rsidP="00411682">
            <w:pPr>
              <w:snapToGrid w:val="0"/>
              <w:jc w:val="both"/>
              <w:rPr>
                <w:rFonts w:ascii="ＭＳ 明朝" w:eastAsia="ＭＳ 明朝" w:hAnsi="ＭＳ 明朝" w:cs="Times New Roman"/>
                <w:color w:val="000000" w:themeColor="text1"/>
                <w:u w:val="single"/>
                <w:lang w:eastAsia="ja-JP"/>
              </w:rPr>
            </w:pPr>
          </w:p>
        </w:tc>
      </w:tr>
      <w:tr w:rsidR="00014DE1" w:rsidRPr="00D12F3C" w14:paraId="32E78408" w14:textId="77777777" w:rsidTr="00014DE1">
        <w:trPr>
          <w:trHeight w:val="415"/>
          <w:jc w:val="center"/>
        </w:trPr>
        <w:tc>
          <w:tcPr>
            <w:tcW w:w="562" w:type="dxa"/>
            <w:vMerge/>
            <w:vAlign w:val="center"/>
          </w:tcPr>
          <w:p w14:paraId="2AB582A0" w14:textId="77777777" w:rsidR="00014DE1" w:rsidRPr="00D12F3C" w:rsidRDefault="00014DE1" w:rsidP="00411682">
            <w:pPr>
              <w:snapToGrid w:val="0"/>
              <w:rPr>
                <w:rFonts w:ascii="ＭＳ 明朝" w:eastAsia="ＭＳ 明朝" w:hAnsi="ＭＳ 明朝" w:cs="Times New Roman"/>
                <w:color w:val="000000" w:themeColor="text1"/>
                <w:lang w:eastAsia="ja-JP"/>
              </w:rPr>
            </w:pPr>
          </w:p>
        </w:tc>
        <w:tc>
          <w:tcPr>
            <w:tcW w:w="2694" w:type="dxa"/>
            <w:gridSpan w:val="3"/>
            <w:vAlign w:val="center"/>
          </w:tcPr>
          <w:p w14:paraId="10610D4B" w14:textId="77777777" w:rsidR="00014DE1" w:rsidRPr="00D12F3C" w:rsidRDefault="00014DE1" w:rsidP="00014DE1">
            <w:pPr>
              <w:snapToGrid w:val="0"/>
              <w:spacing w:line="240" w:lineRule="auto"/>
              <w:ind w:leftChars="-32" w:left="-70" w:rightChars="-44" w:right="-97"/>
              <w:jc w:val="center"/>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生年月日</w:t>
            </w:r>
            <w:proofErr w:type="spellEnd"/>
          </w:p>
        </w:tc>
        <w:tc>
          <w:tcPr>
            <w:tcW w:w="2363" w:type="dxa"/>
            <w:gridSpan w:val="4"/>
            <w:vAlign w:val="center"/>
          </w:tcPr>
          <w:p w14:paraId="7647AF90" w14:textId="178DD8CD" w:rsidR="00014DE1" w:rsidRPr="00D12F3C" w:rsidRDefault="00014DE1" w:rsidP="00014DE1">
            <w:pPr>
              <w:snapToGrid w:val="0"/>
              <w:spacing w:line="240" w:lineRule="auto"/>
              <w:jc w:val="center"/>
              <w:rPr>
                <w:rFonts w:ascii="ＭＳ 明朝" w:eastAsia="ＭＳ 明朝" w:hAnsi="ＭＳ 明朝" w:cs="Times New Roman"/>
                <w:color w:val="000000" w:themeColor="text1"/>
              </w:rPr>
            </w:pPr>
            <w:r w:rsidRPr="00D12F3C">
              <w:rPr>
                <w:rFonts w:ascii="ＭＳ 明朝" w:eastAsia="ＭＳ 明朝" w:hAnsi="ＭＳ 明朝" w:cs="Times New Roman" w:hint="eastAsia"/>
                <w:color w:val="000000" w:themeColor="text1"/>
              </w:rPr>
              <w:t>年　　月　　日</w:t>
            </w:r>
          </w:p>
        </w:tc>
        <w:tc>
          <w:tcPr>
            <w:tcW w:w="1275" w:type="dxa"/>
            <w:gridSpan w:val="3"/>
            <w:vAlign w:val="center"/>
          </w:tcPr>
          <w:p w14:paraId="372725CB" w14:textId="77777777" w:rsidR="00014DE1" w:rsidRPr="00D12F3C" w:rsidRDefault="00014DE1" w:rsidP="00014DE1">
            <w:pPr>
              <w:snapToGrid w:val="0"/>
              <w:spacing w:line="240" w:lineRule="auto"/>
              <w:ind w:leftChars="-46" w:left="-101" w:rightChars="-48" w:right="-106"/>
              <w:jc w:val="center"/>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電話番号</w:t>
            </w:r>
            <w:proofErr w:type="spellEnd"/>
          </w:p>
        </w:tc>
        <w:tc>
          <w:tcPr>
            <w:tcW w:w="3307" w:type="dxa"/>
            <w:gridSpan w:val="3"/>
            <w:vAlign w:val="center"/>
          </w:tcPr>
          <w:p w14:paraId="73E1A799" w14:textId="77777777" w:rsidR="00014DE1" w:rsidRPr="00D12F3C" w:rsidRDefault="00014DE1" w:rsidP="00411682">
            <w:pPr>
              <w:snapToGrid w:val="0"/>
              <w:jc w:val="both"/>
              <w:rPr>
                <w:rFonts w:ascii="ＭＳ 明朝" w:eastAsia="ＭＳ 明朝" w:hAnsi="ＭＳ 明朝" w:cs="Times New Roman"/>
                <w:color w:val="000000" w:themeColor="text1"/>
                <w:u w:val="single"/>
              </w:rPr>
            </w:pPr>
          </w:p>
        </w:tc>
      </w:tr>
      <w:tr w:rsidR="00D976FD" w:rsidRPr="00D12F3C" w14:paraId="2C73C893" w14:textId="77777777" w:rsidTr="002B0B5F">
        <w:trPr>
          <w:trHeight w:hRule="exact" w:val="882"/>
          <w:jc w:val="center"/>
        </w:trPr>
        <w:tc>
          <w:tcPr>
            <w:tcW w:w="562" w:type="dxa"/>
            <w:vMerge w:val="restart"/>
            <w:vAlign w:val="center"/>
            <w:hideMark/>
          </w:tcPr>
          <w:p w14:paraId="394A6589" w14:textId="77777777" w:rsidR="00D976FD" w:rsidRPr="00D12F3C" w:rsidRDefault="00D976FD" w:rsidP="00411682">
            <w:pPr>
              <w:snapToGrid w:val="0"/>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振込先</w:t>
            </w:r>
            <w:proofErr w:type="spellEnd"/>
          </w:p>
        </w:tc>
        <w:tc>
          <w:tcPr>
            <w:tcW w:w="1281" w:type="dxa"/>
            <w:vAlign w:val="center"/>
            <w:hideMark/>
          </w:tcPr>
          <w:p w14:paraId="76261334" w14:textId="77777777" w:rsidR="00D976FD" w:rsidRPr="00D12F3C" w:rsidRDefault="00D976FD" w:rsidP="00411682">
            <w:pPr>
              <w:snapToGrid w:val="0"/>
              <w:ind w:leftChars="-51" w:left="-112" w:rightChars="-52" w:right="-114"/>
              <w:jc w:val="center"/>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金融機関名</w:t>
            </w:r>
            <w:proofErr w:type="spellEnd"/>
          </w:p>
        </w:tc>
        <w:tc>
          <w:tcPr>
            <w:tcW w:w="2913" w:type="dxa"/>
            <w:gridSpan w:val="4"/>
            <w:vAlign w:val="center"/>
            <w:hideMark/>
          </w:tcPr>
          <w:p w14:paraId="2DBBBB50" w14:textId="77777777" w:rsidR="00D976FD" w:rsidRPr="00D12F3C" w:rsidRDefault="00D976FD" w:rsidP="00411682">
            <w:pPr>
              <w:snapToGrid w:val="0"/>
              <w:jc w:val="right"/>
              <w:rPr>
                <w:rFonts w:ascii="ＭＳ 明朝" w:eastAsia="ＭＳ 明朝" w:hAnsi="ＭＳ 明朝" w:cs="Times New Roman"/>
                <w:color w:val="000000" w:themeColor="text1"/>
              </w:rPr>
            </w:pPr>
            <w:r w:rsidRPr="00D12F3C">
              <w:rPr>
                <w:rFonts w:ascii="ＭＳ 明朝" w:eastAsia="ＭＳ 明朝" w:hAnsi="ＭＳ 明朝" w:cs="Times New Roman" w:hint="eastAsia"/>
                <w:color w:val="000000" w:themeColor="text1"/>
              </w:rPr>
              <w:t>銀　　行</w:t>
            </w:r>
          </w:p>
          <w:p w14:paraId="160DA4A3" w14:textId="77777777" w:rsidR="00D976FD" w:rsidRPr="00D12F3C" w:rsidRDefault="00D976FD" w:rsidP="00411682">
            <w:pPr>
              <w:snapToGrid w:val="0"/>
              <w:jc w:val="right"/>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信用金庫</w:t>
            </w:r>
            <w:proofErr w:type="spellEnd"/>
          </w:p>
          <w:p w14:paraId="2471BA03" w14:textId="77777777" w:rsidR="00D976FD" w:rsidRPr="00D12F3C" w:rsidRDefault="00D976FD" w:rsidP="00411682">
            <w:pPr>
              <w:snapToGrid w:val="0"/>
              <w:jc w:val="right"/>
              <w:rPr>
                <w:rFonts w:ascii="ＭＳ 明朝" w:eastAsia="ＭＳ 明朝" w:hAnsi="ＭＳ 明朝" w:cs="Times New Roman"/>
                <w:color w:val="000000" w:themeColor="text1"/>
              </w:rPr>
            </w:pPr>
            <w:r w:rsidRPr="00D12F3C">
              <w:rPr>
                <w:rFonts w:ascii="ＭＳ 明朝" w:eastAsia="ＭＳ 明朝" w:hAnsi="ＭＳ 明朝" w:cs="Times New Roman" w:hint="eastAsia"/>
                <w:color w:val="000000" w:themeColor="text1"/>
              </w:rPr>
              <w:t xml:space="preserve">　　　（　　　　</w:t>
            </w:r>
            <w:r w:rsidRPr="00D12F3C">
              <w:rPr>
                <w:rFonts w:ascii="ＭＳ 明朝" w:eastAsia="ＭＳ 明朝" w:hAnsi="ＭＳ 明朝" w:cs="Times New Roman"/>
                <w:color w:val="000000" w:themeColor="text1"/>
              </w:rPr>
              <w:t>)</w:t>
            </w:r>
          </w:p>
        </w:tc>
        <w:tc>
          <w:tcPr>
            <w:tcW w:w="2913" w:type="dxa"/>
            <w:gridSpan w:val="6"/>
            <w:vAlign w:val="center"/>
            <w:hideMark/>
          </w:tcPr>
          <w:p w14:paraId="39F9D2CB" w14:textId="77777777" w:rsidR="00D976FD" w:rsidRPr="00D12F3C" w:rsidRDefault="00D976FD" w:rsidP="00411682">
            <w:pPr>
              <w:snapToGrid w:val="0"/>
              <w:jc w:val="right"/>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本店</w:t>
            </w:r>
            <w:proofErr w:type="spellEnd"/>
            <w:r w:rsidRPr="00D12F3C">
              <w:rPr>
                <w:rFonts w:ascii="ＭＳ 明朝" w:eastAsia="ＭＳ 明朝" w:hAnsi="ＭＳ 明朝" w:cs="Times New Roman" w:hint="eastAsia"/>
                <w:color w:val="000000" w:themeColor="text1"/>
              </w:rPr>
              <w:t xml:space="preserve">　</w:t>
            </w:r>
            <w:proofErr w:type="spellStart"/>
            <w:r w:rsidRPr="00D12F3C">
              <w:rPr>
                <w:rFonts w:ascii="ＭＳ 明朝" w:eastAsia="ＭＳ 明朝" w:hAnsi="ＭＳ 明朝" w:cs="Times New Roman" w:hint="eastAsia"/>
                <w:color w:val="000000" w:themeColor="text1"/>
              </w:rPr>
              <w:t>支店</w:t>
            </w:r>
            <w:proofErr w:type="spellEnd"/>
          </w:p>
          <w:p w14:paraId="40187715" w14:textId="77777777" w:rsidR="00D976FD" w:rsidRPr="00D12F3C" w:rsidRDefault="00D976FD" w:rsidP="00411682">
            <w:pPr>
              <w:snapToGrid w:val="0"/>
              <w:jc w:val="right"/>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出張所</w:t>
            </w:r>
            <w:proofErr w:type="spellEnd"/>
            <w:r w:rsidRPr="00D12F3C">
              <w:rPr>
                <w:rFonts w:ascii="ＭＳ 明朝" w:eastAsia="ＭＳ 明朝" w:hAnsi="ＭＳ 明朝" w:cs="Times New Roman" w:hint="eastAsia"/>
                <w:color w:val="000000" w:themeColor="text1"/>
              </w:rPr>
              <w:t xml:space="preserve">　</w:t>
            </w:r>
            <w:proofErr w:type="spellStart"/>
            <w:r w:rsidRPr="00D12F3C">
              <w:rPr>
                <w:rFonts w:ascii="ＭＳ 明朝" w:eastAsia="ＭＳ 明朝" w:hAnsi="ＭＳ 明朝" w:cs="Times New Roman" w:hint="eastAsia"/>
                <w:color w:val="000000" w:themeColor="text1"/>
              </w:rPr>
              <w:t>代理店</w:t>
            </w:r>
            <w:proofErr w:type="spellEnd"/>
          </w:p>
        </w:tc>
        <w:tc>
          <w:tcPr>
            <w:tcW w:w="992" w:type="dxa"/>
            <w:tcBorders>
              <w:right w:val="single" w:sz="2" w:space="0" w:color="auto"/>
            </w:tcBorders>
            <w:vAlign w:val="center"/>
            <w:hideMark/>
          </w:tcPr>
          <w:p w14:paraId="059D4975" w14:textId="77777777" w:rsidR="00D976FD" w:rsidRPr="00D12F3C" w:rsidRDefault="00D976FD" w:rsidP="00411682">
            <w:pPr>
              <w:snapToGrid w:val="0"/>
              <w:jc w:val="center"/>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種別</w:t>
            </w:r>
            <w:proofErr w:type="spellEnd"/>
          </w:p>
        </w:tc>
        <w:tc>
          <w:tcPr>
            <w:tcW w:w="1540" w:type="dxa"/>
            <w:tcBorders>
              <w:left w:val="single" w:sz="2" w:space="0" w:color="auto"/>
            </w:tcBorders>
            <w:vAlign w:val="center"/>
            <w:hideMark/>
          </w:tcPr>
          <w:p w14:paraId="7E17C566" w14:textId="77777777" w:rsidR="00D976FD" w:rsidRPr="00D12F3C" w:rsidRDefault="00D976FD" w:rsidP="00411682">
            <w:pPr>
              <w:snapToGrid w:val="0"/>
              <w:rPr>
                <w:rFonts w:ascii="ＭＳ 明朝" w:eastAsia="ＭＳ 明朝" w:hAnsi="ＭＳ 明朝" w:cs="Times New Roman"/>
                <w:color w:val="000000" w:themeColor="text1"/>
              </w:rPr>
            </w:pPr>
            <w:r w:rsidRPr="00D12F3C">
              <w:rPr>
                <w:rFonts w:ascii="ＭＳ 明朝" w:eastAsia="ＭＳ 明朝" w:hAnsi="ＭＳ 明朝" w:cs="Times New Roman" w:hint="eastAsia"/>
                <w:color w:val="000000" w:themeColor="text1"/>
              </w:rPr>
              <w:t xml:space="preserve">１　</w:t>
            </w:r>
            <w:proofErr w:type="spellStart"/>
            <w:r w:rsidRPr="00D12F3C">
              <w:rPr>
                <w:rFonts w:ascii="ＭＳ 明朝" w:eastAsia="ＭＳ 明朝" w:hAnsi="ＭＳ 明朝" w:cs="Times New Roman" w:hint="eastAsia"/>
                <w:color w:val="000000" w:themeColor="text1"/>
              </w:rPr>
              <w:t>普通</w:t>
            </w:r>
            <w:proofErr w:type="spellEnd"/>
            <w:r w:rsidRPr="00D12F3C">
              <w:rPr>
                <w:rFonts w:ascii="ＭＳ 明朝" w:eastAsia="ＭＳ 明朝" w:hAnsi="ＭＳ 明朝" w:cs="Times New Roman"/>
                <w:color w:val="000000" w:themeColor="text1"/>
              </w:rPr>
              <w:t xml:space="preserve"> </w:t>
            </w:r>
          </w:p>
          <w:p w14:paraId="70FCC739" w14:textId="77777777" w:rsidR="00D976FD" w:rsidRPr="00D12F3C" w:rsidRDefault="00D976FD" w:rsidP="00411682">
            <w:pPr>
              <w:snapToGrid w:val="0"/>
              <w:rPr>
                <w:rFonts w:ascii="ＭＳ 明朝" w:eastAsia="ＭＳ 明朝" w:hAnsi="ＭＳ 明朝" w:cs="Times New Roman"/>
                <w:color w:val="000000" w:themeColor="text1"/>
              </w:rPr>
            </w:pPr>
            <w:r w:rsidRPr="00D12F3C">
              <w:rPr>
                <w:rFonts w:ascii="ＭＳ 明朝" w:eastAsia="ＭＳ 明朝" w:hAnsi="ＭＳ 明朝" w:cs="Times New Roman" w:hint="eastAsia"/>
                <w:color w:val="000000" w:themeColor="text1"/>
              </w:rPr>
              <w:t xml:space="preserve">２　</w:t>
            </w:r>
            <w:proofErr w:type="spellStart"/>
            <w:r w:rsidRPr="00D12F3C">
              <w:rPr>
                <w:rFonts w:ascii="ＭＳ 明朝" w:eastAsia="ＭＳ 明朝" w:hAnsi="ＭＳ 明朝" w:cs="Times New Roman" w:hint="eastAsia"/>
                <w:color w:val="000000" w:themeColor="text1"/>
              </w:rPr>
              <w:t>当座</w:t>
            </w:r>
            <w:proofErr w:type="spellEnd"/>
          </w:p>
        </w:tc>
      </w:tr>
      <w:tr w:rsidR="00D976FD" w:rsidRPr="00D12F3C" w14:paraId="374CCA35" w14:textId="77777777" w:rsidTr="002B0B5F">
        <w:trPr>
          <w:trHeight w:val="567"/>
          <w:jc w:val="center"/>
        </w:trPr>
        <w:tc>
          <w:tcPr>
            <w:tcW w:w="562" w:type="dxa"/>
            <w:vMerge/>
            <w:vAlign w:val="center"/>
            <w:hideMark/>
          </w:tcPr>
          <w:p w14:paraId="70E27469" w14:textId="77777777" w:rsidR="00D976FD" w:rsidRPr="00D12F3C" w:rsidRDefault="00D976FD" w:rsidP="00411682">
            <w:pPr>
              <w:snapToGrid w:val="0"/>
              <w:rPr>
                <w:rFonts w:ascii="ＭＳ 明朝" w:eastAsia="ＭＳ 明朝" w:hAnsi="ＭＳ 明朝" w:cs="Times New Roman"/>
                <w:color w:val="000000" w:themeColor="text1"/>
              </w:rPr>
            </w:pPr>
          </w:p>
        </w:tc>
        <w:tc>
          <w:tcPr>
            <w:tcW w:w="1281" w:type="dxa"/>
            <w:vAlign w:val="center"/>
            <w:hideMark/>
          </w:tcPr>
          <w:p w14:paraId="3A98C526" w14:textId="77777777" w:rsidR="00D976FD" w:rsidRPr="00D12F3C" w:rsidRDefault="00D976FD" w:rsidP="00411682">
            <w:pPr>
              <w:snapToGrid w:val="0"/>
              <w:ind w:leftChars="-51" w:left="-112" w:rightChars="-52" w:right="-114"/>
              <w:jc w:val="center"/>
              <w:rPr>
                <w:rFonts w:ascii="ＭＳ 明朝" w:eastAsia="ＭＳ 明朝" w:hAnsi="ＭＳ 明朝" w:cs="Times New Roman"/>
                <w:color w:val="000000" w:themeColor="text1"/>
              </w:rPr>
            </w:pPr>
            <w:proofErr w:type="spellStart"/>
            <w:r w:rsidRPr="00D976FD">
              <w:rPr>
                <w:rFonts w:ascii="ＭＳ 明朝" w:eastAsia="ＭＳ 明朝" w:hAnsi="ＭＳ 明朝" w:cs="Times New Roman" w:hint="eastAsia"/>
                <w:color w:val="000000" w:themeColor="text1"/>
                <w:spacing w:val="100"/>
                <w:fitText w:val="1180" w:id="-431323392"/>
              </w:rPr>
              <w:t>口座番</w:t>
            </w:r>
            <w:r w:rsidRPr="00D976FD">
              <w:rPr>
                <w:rFonts w:ascii="ＭＳ 明朝" w:eastAsia="ＭＳ 明朝" w:hAnsi="ＭＳ 明朝" w:cs="Times New Roman" w:hint="eastAsia"/>
                <w:color w:val="000000" w:themeColor="text1"/>
                <w:fitText w:val="1180" w:id="-431323392"/>
              </w:rPr>
              <w:t>号</w:t>
            </w:r>
            <w:proofErr w:type="spellEnd"/>
          </w:p>
        </w:tc>
        <w:tc>
          <w:tcPr>
            <w:tcW w:w="974" w:type="dxa"/>
            <w:vAlign w:val="center"/>
          </w:tcPr>
          <w:p w14:paraId="11D016F4" w14:textId="77777777" w:rsidR="00D976FD" w:rsidRPr="00D12F3C" w:rsidRDefault="00D976FD" w:rsidP="00411682">
            <w:pPr>
              <w:snapToGrid w:val="0"/>
              <w:rPr>
                <w:rFonts w:ascii="ＭＳ 明朝" w:eastAsia="ＭＳ 明朝" w:hAnsi="ＭＳ 明朝" w:cs="Times New Roman"/>
                <w:color w:val="000000" w:themeColor="text1"/>
              </w:rPr>
            </w:pPr>
          </w:p>
        </w:tc>
        <w:tc>
          <w:tcPr>
            <w:tcW w:w="974" w:type="dxa"/>
            <w:gridSpan w:val="2"/>
            <w:vAlign w:val="center"/>
          </w:tcPr>
          <w:p w14:paraId="770D4170" w14:textId="77777777" w:rsidR="00D976FD" w:rsidRPr="00D12F3C" w:rsidRDefault="00D976FD" w:rsidP="00411682">
            <w:pPr>
              <w:snapToGrid w:val="0"/>
              <w:rPr>
                <w:rFonts w:ascii="ＭＳ 明朝" w:eastAsia="ＭＳ 明朝" w:hAnsi="ＭＳ 明朝" w:cs="Times New Roman"/>
                <w:color w:val="000000" w:themeColor="text1"/>
              </w:rPr>
            </w:pPr>
          </w:p>
        </w:tc>
        <w:tc>
          <w:tcPr>
            <w:tcW w:w="974" w:type="dxa"/>
            <w:gridSpan w:val="2"/>
            <w:vAlign w:val="center"/>
          </w:tcPr>
          <w:p w14:paraId="52946BBC" w14:textId="77777777" w:rsidR="00D976FD" w:rsidRPr="00D12F3C" w:rsidRDefault="00D976FD" w:rsidP="00411682">
            <w:pPr>
              <w:snapToGrid w:val="0"/>
              <w:rPr>
                <w:rFonts w:ascii="ＭＳ 明朝" w:eastAsia="ＭＳ 明朝" w:hAnsi="ＭＳ 明朝" w:cs="Times New Roman"/>
                <w:color w:val="000000" w:themeColor="text1"/>
              </w:rPr>
            </w:pPr>
          </w:p>
        </w:tc>
        <w:tc>
          <w:tcPr>
            <w:tcW w:w="974" w:type="dxa"/>
            <w:gridSpan w:val="2"/>
            <w:vAlign w:val="center"/>
          </w:tcPr>
          <w:p w14:paraId="22F5E37D" w14:textId="77777777" w:rsidR="00D976FD" w:rsidRPr="00D12F3C" w:rsidRDefault="00D976FD" w:rsidP="00411682">
            <w:pPr>
              <w:snapToGrid w:val="0"/>
              <w:rPr>
                <w:rFonts w:ascii="ＭＳ 明朝" w:eastAsia="ＭＳ 明朝" w:hAnsi="ＭＳ 明朝" w:cs="Times New Roman"/>
                <w:color w:val="000000" w:themeColor="text1"/>
              </w:rPr>
            </w:pPr>
          </w:p>
        </w:tc>
        <w:tc>
          <w:tcPr>
            <w:tcW w:w="974" w:type="dxa"/>
            <w:vAlign w:val="center"/>
          </w:tcPr>
          <w:p w14:paraId="4E25043B" w14:textId="77777777" w:rsidR="00D976FD" w:rsidRPr="00D12F3C" w:rsidRDefault="00D976FD" w:rsidP="00411682">
            <w:pPr>
              <w:snapToGrid w:val="0"/>
              <w:rPr>
                <w:rFonts w:ascii="ＭＳ 明朝" w:eastAsia="ＭＳ 明朝" w:hAnsi="ＭＳ 明朝" w:cs="Times New Roman"/>
                <w:color w:val="000000" w:themeColor="text1"/>
              </w:rPr>
            </w:pPr>
          </w:p>
        </w:tc>
        <w:tc>
          <w:tcPr>
            <w:tcW w:w="956" w:type="dxa"/>
            <w:gridSpan w:val="2"/>
            <w:vAlign w:val="center"/>
          </w:tcPr>
          <w:p w14:paraId="7D2032C2" w14:textId="77777777" w:rsidR="00D976FD" w:rsidRPr="00D12F3C" w:rsidRDefault="00D976FD" w:rsidP="00411682">
            <w:pPr>
              <w:snapToGrid w:val="0"/>
              <w:rPr>
                <w:rFonts w:ascii="ＭＳ 明朝" w:eastAsia="ＭＳ 明朝" w:hAnsi="ＭＳ 明朝" w:cs="Times New Roman"/>
                <w:color w:val="000000" w:themeColor="text1"/>
              </w:rPr>
            </w:pPr>
          </w:p>
        </w:tc>
        <w:tc>
          <w:tcPr>
            <w:tcW w:w="992" w:type="dxa"/>
            <w:vAlign w:val="center"/>
          </w:tcPr>
          <w:p w14:paraId="574828D2" w14:textId="77777777" w:rsidR="00D976FD" w:rsidRPr="00D12F3C" w:rsidRDefault="00D976FD" w:rsidP="00411682">
            <w:pPr>
              <w:snapToGrid w:val="0"/>
              <w:rPr>
                <w:rFonts w:ascii="ＭＳ 明朝" w:eastAsia="ＭＳ 明朝" w:hAnsi="ＭＳ 明朝" w:cs="Times New Roman"/>
                <w:color w:val="000000" w:themeColor="text1"/>
              </w:rPr>
            </w:pPr>
          </w:p>
        </w:tc>
        <w:tc>
          <w:tcPr>
            <w:tcW w:w="1540" w:type="dxa"/>
            <w:tcMar>
              <w:top w:w="0" w:type="dxa"/>
              <w:left w:w="0" w:type="dxa"/>
              <w:bottom w:w="0" w:type="dxa"/>
              <w:right w:w="0" w:type="dxa"/>
            </w:tcMar>
            <w:vAlign w:val="center"/>
            <w:hideMark/>
          </w:tcPr>
          <w:p w14:paraId="0652F34F" w14:textId="77777777" w:rsidR="00D976FD" w:rsidRPr="00D12F3C" w:rsidRDefault="00D976FD" w:rsidP="00411682">
            <w:pPr>
              <w:snapToGrid w:val="0"/>
              <w:jc w:val="center"/>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右詰で記入</w:t>
            </w:r>
            <w:proofErr w:type="spellEnd"/>
          </w:p>
        </w:tc>
      </w:tr>
      <w:tr w:rsidR="00D976FD" w:rsidRPr="00D12F3C" w14:paraId="39E5F21F" w14:textId="77777777" w:rsidTr="002B0B5F">
        <w:trPr>
          <w:trHeight w:val="283"/>
          <w:jc w:val="center"/>
        </w:trPr>
        <w:tc>
          <w:tcPr>
            <w:tcW w:w="562" w:type="dxa"/>
            <w:vMerge/>
            <w:vAlign w:val="center"/>
            <w:hideMark/>
          </w:tcPr>
          <w:p w14:paraId="17F6290D" w14:textId="77777777" w:rsidR="00D976FD" w:rsidRPr="00D12F3C" w:rsidRDefault="00D976FD" w:rsidP="00411682">
            <w:pPr>
              <w:snapToGrid w:val="0"/>
              <w:rPr>
                <w:rFonts w:ascii="ＭＳ 明朝" w:eastAsia="ＭＳ 明朝" w:hAnsi="ＭＳ 明朝" w:cs="Times New Roman"/>
                <w:color w:val="000000" w:themeColor="text1"/>
              </w:rPr>
            </w:pPr>
          </w:p>
        </w:tc>
        <w:tc>
          <w:tcPr>
            <w:tcW w:w="1281" w:type="dxa"/>
            <w:tcBorders>
              <w:bottom w:val="dashSmallGap" w:sz="4" w:space="0" w:color="auto"/>
            </w:tcBorders>
            <w:vAlign w:val="center"/>
            <w:hideMark/>
          </w:tcPr>
          <w:p w14:paraId="59918A5F" w14:textId="77777777" w:rsidR="00D976FD" w:rsidRPr="00D12F3C" w:rsidRDefault="00D976FD" w:rsidP="00411682">
            <w:pPr>
              <w:snapToGrid w:val="0"/>
              <w:ind w:leftChars="-51" w:left="-112" w:rightChars="-52" w:right="-114"/>
              <w:jc w:val="center"/>
              <w:rPr>
                <w:rFonts w:ascii="ＭＳ 明朝" w:eastAsia="ＭＳ 明朝" w:hAnsi="ＭＳ 明朝" w:cs="Times New Roman"/>
                <w:color w:val="000000" w:themeColor="text1"/>
              </w:rPr>
            </w:pPr>
            <w:proofErr w:type="spellStart"/>
            <w:r w:rsidRPr="00D976FD">
              <w:rPr>
                <w:rFonts w:ascii="ＭＳ 明朝" w:eastAsia="ＭＳ 明朝" w:hAnsi="ＭＳ 明朝" w:cs="Times New Roman" w:hint="eastAsia"/>
                <w:color w:val="000000" w:themeColor="text1"/>
                <w:spacing w:val="100"/>
                <w:fitText w:val="1180" w:id="-431323391"/>
              </w:rPr>
              <w:t>フリガ</w:t>
            </w:r>
            <w:r w:rsidRPr="00D976FD">
              <w:rPr>
                <w:rFonts w:ascii="ＭＳ 明朝" w:eastAsia="ＭＳ 明朝" w:hAnsi="ＭＳ 明朝" w:cs="Times New Roman" w:hint="eastAsia"/>
                <w:color w:val="000000" w:themeColor="text1"/>
                <w:fitText w:val="1180" w:id="-431323391"/>
              </w:rPr>
              <w:t>ナ</w:t>
            </w:r>
            <w:proofErr w:type="spellEnd"/>
          </w:p>
        </w:tc>
        <w:tc>
          <w:tcPr>
            <w:tcW w:w="8358" w:type="dxa"/>
            <w:gridSpan w:val="12"/>
            <w:tcBorders>
              <w:bottom w:val="dashSmallGap" w:sz="4" w:space="0" w:color="auto"/>
            </w:tcBorders>
            <w:vAlign w:val="center"/>
          </w:tcPr>
          <w:p w14:paraId="3F76569F" w14:textId="77777777" w:rsidR="00D976FD" w:rsidRPr="00D12F3C" w:rsidRDefault="00D976FD" w:rsidP="00411682">
            <w:pPr>
              <w:snapToGrid w:val="0"/>
              <w:rPr>
                <w:rFonts w:ascii="ＭＳ 明朝" w:eastAsia="ＭＳ 明朝" w:hAnsi="ＭＳ 明朝" w:cs="Times New Roman"/>
                <w:color w:val="000000" w:themeColor="text1"/>
              </w:rPr>
            </w:pPr>
          </w:p>
        </w:tc>
      </w:tr>
      <w:tr w:rsidR="00D976FD" w:rsidRPr="00D12F3C" w14:paraId="57BDCE87" w14:textId="77777777" w:rsidTr="002B0B5F">
        <w:trPr>
          <w:trHeight w:val="567"/>
          <w:jc w:val="center"/>
        </w:trPr>
        <w:tc>
          <w:tcPr>
            <w:tcW w:w="562" w:type="dxa"/>
            <w:vMerge/>
            <w:vAlign w:val="center"/>
            <w:hideMark/>
          </w:tcPr>
          <w:p w14:paraId="4586595E" w14:textId="77777777" w:rsidR="00D976FD" w:rsidRPr="00D12F3C" w:rsidRDefault="00D976FD" w:rsidP="00411682">
            <w:pPr>
              <w:snapToGrid w:val="0"/>
              <w:rPr>
                <w:rFonts w:ascii="ＭＳ 明朝" w:eastAsia="ＭＳ 明朝" w:hAnsi="ＭＳ 明朝" w:cs="Times New Roman"/>
                <w:color w:val="000000" w:themeColor="text1"/>
              </w:rPr>
            </w:pPr>
          </w:p>
        </w:tc>
        <w:tc>
          <w:tcPr>
            <w:tcW w:w="1281" w:type="dxa"/>
            <w:tcBorders>
              <w:top w:val="dashSmallGap" w:sz="4" w:space="0" w:color="auto"/>
            </w:tcBorders>
            <w:vAlign w:val="center"/>
            <w:hideMark/>
          </w:tcPr>
          <w:p w14:paraId="4E1F3746" w14:textId="77777777" w:rsidR="00D976FD" w:rsidRPr="00D12F3C" w:rsidRDefault="00D976FD" w:rsidP="00411682">
            <w:pPr>
              <w:snapToGrid w:val="0"/>
              <w:ind w:leftChars="-51" w:left="-112" w:rightChars="-52" w:right="-114"/>
              <w:jc w:val="center"/>
              <w:rPr>
                <w:rFonts w:ascii="ＭＳ 明朝" w:eastAsia="ＭＳ 明朝" w:hAnsi="ＭＳ 明朝" w:cs="Times New Roman"/>
                <w:color w:val="000000" w:themeColor="text1"/>
              </w:rPr>
            </w:pPr>
            <w:proofErr w:type="spellStart"/>
            <w:r w:rsidRPr="00D12F3C">
              <w:rPr>
                <w:rFonts w:ascii="ＭＳ 明朝" w:eastAsia="ＭＳ 明朝" w:hAnsi="ＭＳ 明朝" w:cs="Times New Roman" w:hint="eastAsia"/>
                <w:color w:val="000000" w:themeColor="text1"/>
              </w:rPr>
              <w:t>口座名義人</w:t>
            </w:r>
            <w:proofErr w:type="spellEnd"/>
          </w:p>
        </w:tc>
        <w:tc>
          <w:tcPr>
            <w:tcW w:w="8358" w:type="dxa"/>
            <w:gridSpan w:val="12"/>
            <w:tcBorders>
              <w:top w:val="dashSmallGap" w:sz="4" w:space="0" w:color="auto"/>
            </w:tcBorders>
            <w:vAlign w:val="center"/>
          </w:tcPr>
          <w:p w14:paraId="1E986740" w14:textId="77777777" w:rsidR="00D976FD" w:rsidRPr="00D12F3C" w:rsidRDefault="00D976FD" w:rsidP="00411682">
            <w:pPr>
              <w:snapToGrid w:val="0"/>
              <w:rPr>
                <w:rFonts w:ascii="ＭＳ 明朝" w:eastAsia="ＭＳ 明朝" w:hAnsi="ＭＳ 明朝" w:cs="Times New Roman"/>
                <w:color w:val="000000" w:themeColor="text1"/>
              </w:rPr>
            </w:pPr>
          </w:p>
        </w:tc>
      </w:tr>
    </w:tbl>
    <w:p w14:paraId="4D3EB665" w14:textId="4089DE72" w:rsidR="00D976FD" w:rsidRDefault="00014DE1" w:rsidP="00D976FD">
      <w:pPr>
        <w:rPr>
          <w:noProof/>
          <w:lang w:eastAsia="ja-JP"/>
        </w:rPr>
      </w:pPr>
      <w:r>
        <w:rPr>
          <w:rFonts w:hint="eastAsia"/>
          <w:noProof/>
          <w:lang w:eastAsia="ja-JP"/>
        </w:rPr>
        <w:t>※振込先口座は申請者本人のものであること</w:t>
      </w:r>
    </w:p>
    <w:tbl>
      <w:tblPr>
        <w:tblStyle w:val="afe"/>
        <w:tblW w:w="10224" w:type="dxa"/>
        <w:tblInd w:w="-714" w:type="dxa"/>
        <w:tblLook w:val="0000" w:firstRow="0" w:lastRow="0" w:firstColumn="0" w:lastColumn="0" w:noHBand="0" w:noVBand="0"/>
      </w:tblPr>
      <w:tblGrid>
        <w:gridCol w:w="1756"/>
        <w:gridCol w:w="2122"/>
        <w:gridCol w:w="1491"/>
        <w:gridCol w:w="1835"/>
        <w:gridCol w:w="3020"/>
      </w:tblGrid>
      <w:tr w:rsidR="00296944" w:rsidRPr="00020585" w14:paraId="34306148" w14:textId="77777777" w:rsidTr="00296944">
        <w:trPr>
          <w:trHeight w:val="869"/>
        </w:trPr>
        <w:tc>
          <w:tcPr>
            <w:tcW w:w="1756" w:type="dxa"/>
            <w:vMerge w:val="restart"/>
          </w:tcPr>
          <w:p w14:paraId="32659A29" w14:textId="77777777" w:rsidR="00296944" w:rsidRPr="00020585" w:rsidRDefault="00296944" w:rsidP="00C147BA">
            <w:pPr>
              <w:jc w:val="center"/>
              <w:rPr>
                <w:sz w:val="21"/>
                <w:szCs w:val="21"/>
              </w:rPr>
            </w:pPr>
            <w:proofErr w:type="spellStart"/>
            <w:r w:rsidRPr="00014DE1">
              <w:rPr>
                <w:rFonts w:hint="eastAsia"/>
                <w:spacing w:val="55"/>
                <w:sz w:val="21"/>
                <w:szCs w:val="21"/>
                <w:fitText w:val="1540" w:id="-431244544"/>
              </w:rPr>
              <w:t>分娩取扱施</w:t>
            </w:r>
            <w:r w:rsidRPr="00014DE1">
              <w:rPr>
                <w:rFonts w:hint="eastAsia"/>
                <w:spacing w:val="5"/>
                <w:sz w:val="21"/>
                <w:szCs w:val="21"/>
                <w:fitText w:val="1540" w:id="-431244544"/>
              </w:rPr>
              <w:t>設</w:t>
            </w:r>
            <w:proofErr w:type="spellEnd"/>
          </w:p>
        </w:tc>
        <w:tc>
          <w:tcPr>
            <w:tcW w:w="2122" w:type="dxa"/>
          </w:tcPr>
          <w:p w14:paraId="7ED7DC0D" w14:textId="77777777" w:rsidR="00296944" w:rsidRPr="00020585" w:rsidRDefault="00296944" w:rsidP="00C147BA">
            <w:pPr>
              <w:jc w:val="center"/>
              <w:rPr>
                <w:sz w:val="21"/>
                <w:szCs w:val="21"/>
              </w:rPr>
            </w:pPr>
            <w:r w:rsidRPr="00020585">
              <w:rPr>
                <w:rFonts w:hint="eastAsia"/>
                <w:sz w:val="21"/>
                <w:szCs w:val="21"/>
              </w:rPr>
              <w:t>種　別</w:t>
            </w:r>
          </w:p>
        </w:tc>
        <w:tc>
          <w:tcPr>
            <w:tcW w:w="6346" w:type="dxa"/>
            <w:gridSpan w:val="3"/>
          </w:tcPr>
          <w:p w14:paraId="2D4CC3BC" w14:textId="244C0D43" w:rsidR="00296944" w:rsidRPr="00020585" w:rsidRDefault="00296944" w:rsidP="00C147BA">
            <w:pPr>
              <w:pStyle w:val="ae"/>
              <w:numPr>
                <w:ilvl w:val="0"/>
                <w:numId w:val="10"/>
              </w:numPr>
              <w:contextualSpacing w:val="0"/>
              <w:jc w:val="both"/>
              <w:rPr>
                <w:sz w:val="21"/>
                <w:szCs w:val="21"/>
                <w:lang w:eastAsia="ja-JP"/>
              </w:rPr>
            </w:pPr>
            <w:r>
              <w:rPr>
                <w:rFonts w:hint="eastAsia"/>
                <w:sz w:val="21"/>
                <w:szCs w:val="21"/>
                <w:lang w:eastAsia="ja-JP"/>
              </w:rPr>
              <w:t>①</w:t>
            </w:r>
            <w:r w:rsidRPr="00020585">
              <w:rPr>
                <w:rFonts w:hint="eastAsia"/>
                <w:sz w:val="21"/>
                <w:szCs w:val="21"/>
                <w:lang w:eastAsia="ja-JP"/>
              </w:rPr>
              <w:t>住所地から</w:t>
            </w:r>
            <w:r>
              <w:rPr>
                <w:rFonts w:hint="eastAsia"/>
                <w:sz w:val="21"/>
                <w:szCs w:val="21"/>
                <w:lang w:eastAsia="ja-JP"/>
              </w:rPr>
              <w:t>周産期母子医療センター</w:t>
            </w:r>
            <w:r w:rsidR="00E54425">
              <w:rPr>
                <w:rFonts w:hint="eastAsia"/>
                <w:sz w:val="21"/>
                <w:szCs w:val="21"/>
                <w:lang w:eastAsia="ja-JP"/>
              </w:rPr>
              <w:t>に通院した</w:t>
            </w:r>
          </w:p>
          <w:p w14:paraId="45F4A91C" w14:textId="612A367D" w:rsidR="00296944" w:rsidRPr="00020585" w:rsidRDefault="00296944" w:rsidP="00C147BA">
            <w:pPr>
              <w:pStyle w:val="ae"/>
              <w:numPr>
                <w:ilvl w:val="0"/>
                <w:numId w:val="10"/>
              </w:numPr>
              <w:contextualSpacing w:val="0"/>
              <w:jc w:val="both"/>
              <w:rPr>
                <w:sz w:val="21"/>
                <w:szCs w:val="21"/>
                <w:lang w:eastAsia="ja-JP"/>
              </w:rPr>
            </w:pPr>
            <w:r>
              <w:rPr>
                <w:rFonts w:hint="eastAsia"/>
                <w:sz w:val="21"/>
                <w:szCs w:val="21"/>
                <w:lang w:eastAsia="ja-JP"/>
              </w:rPr>
              <w:t>②</w:t>
            </w:r>
            <w:r w:rsidRPr="00020585">
              <w:rPr>
                <w:rFonts w:hint="eastAsia"/>
                <w:sz w:val="21"/>
                <w:szCs w:val="21"/>
                <w:lang w:eastAsia="ja-JP"/>
              </w:rPr>
              <w:t>里帰り先の居住地から</w:t>
            </w:r>
            <w:r>
              <w:rPr>
                <w:rFonts w:hint="eastAsia"/>
                <w:sz w:val="21"/>
                <w:szCs w:val="21"/>
                <w:lang w:eastAsia="ja-JP"/>
              </w:rPr>
              <w:t>周産期母子医療センター</w:t>
            </w:r>
            <w:r w:rsidR="00E54425">
              <w:rPr>
                <w:rFonts w:hint="eastAsia"/>
                <w:sz w:val="21"/>
                <w:szCs w:val="21"/>
                <w:lang w:eastAsia="ja-JP"/>
              </w:rPr>
              <w:t>に通院した</w:t>
            </w:r>
          </w:p>
          <w:p w14:paraId="5D201E1F" w14:textId="62F98B30" w:rsidR="00296944" w:rsidRPr="00296944" w:rsidRDefault="00296944" w:rsidP="00296944">
            <w:pPr>
              <w:pStyle w:val="ae"/>
              <w:numPr>
                <w:ilvl w:val="0"/>
                <w:numId w:val="10"/>
              </w:numPr>
              <w:contextualSpacing w:val="0"/>
              <w:jc w:val="both"/>
              <w:rPr>
                <w:sz w:val="21"/>
                <w:szCs w:val="21"/>
                <w:lang w:eastAsia="ja-JP"/>
              </w:rPr>
            </w:pPr>
            <w:r>
              <w:rPr>
                <w:rFonts w:hint="eastAsia"/>
                <w:sz w:val="21"/>
                <w:szCs w:val="21"/>
                <w:lang w:eastAsia="ja-JP"/>
              </w:rPr>
              <w:t>➂里帰り先の居住地から</w:t>
            </w:r>
            <w:r w:rsidRPr="00020585">
              <w:rPr>
                <w:rFonts w:hint="eastAsia"/>
                <w:sz w:val="21"/>
                <w:szCs w:val="21"/>
                <w:lang w:eastAsia="ja-JP"/>
              </w:rPr>
              <w:t>最も近い分娩取扱施設</w:t>
            </w:r>
            <w:r w:rsidR="00E54425">
              <w:rPr>
                <w:rFonts w:hint="eastAsia"/>
                <w:sz w:val="21"/>
                <w:szCs w:val="21"/>
                <w:lang w:eastAsia="ja-JP"/>
              </w:rPr>
              <w:t>に通院した</w:t>
            </w:r>
          </w:p>
        </w:tc>
      </w:tr>
      <w:tr w:rsidR="00014DE1" w:rsidRPr="00020585" w14:paraId="02B9671D" w14:textId="77777777" w:rsidTr="00296944">
        <w:trPr>
          <w:trHeight w:val="430"/>
        </w:trPr>
        <w:tc>
          <w:tcPr>
            <w:tcW w:w="1756" w:type="dxa"/>
            <w:vMerge/>
          </w:tcPr>
          <w:p w14:paraId="3F10CEB7" w14:textId="77777777" w:rsidR="00014DE1" w:rsidRPr="00020585" w:rsidRDefault="00014DE1" w:rsidP="00C147BA">
            <w:pPr>
              <w:rPr>
                <w:sz w:val="21"/>
                <w:szCs w:val="21"/>
                <w:lang w:eastAsia="ja-JP"/>
              </w:rPr>
            </w:pPr>
          </w:p>
        </w:tc>
        <w:tc>
          <w:tcPr>
            <w:tcW w:w="2122" w:type="dxa"/>
          </w:tcPr>
          <w:p w14:paraId="02D707DE" w14:textId="77777777" w:rsidR="00014DE1" w:rsidRPr="00020585" w:rsidRDefault="00014DE1" w:rsidP="00C147BA">
            <w:pPr>
              <w:jc w:val="center"/>
              <w:rPr>
                <w:sz w:val="21"/>
                <w:szCs w:val="21"/>
              </w:rPr>
            </w:pPr>
            <w:proofErr w:type="spellStart"/>
            <w:r w:rsidRPr="00020585">
              <w:rPr>
                <w:rFonts w:hint="eastAsia"/>
                <w:sz w:val="21"/>
                <w:szCs w:val="21"/>
              </w:rPr>
              <w:t>施設名</w:t>
            </w:r>
            <w:proofErr w:type="spellEnd"/>
          </w:p>
        </w:tc>
        <w:tc>
          <w:tcPr>
            <w:tcW w:w="6346" w:type="dxa"/>
            <w:gridSpan w:val="3"/>
          </w:tcPr>
          <w:p w14:paraId="0E558AC5" w14:textId="77777777" w:rsidR="00014DE1" w:rsidRPr="00020585" w:rsidRDefault="00014DE1" w:rsidP="00C147BA">
            <w:pPr>
              <w:rPr>
                <w:sz w:val="21"/>
                <w:szCs w:val="21"/>
              </w:rPr>
            </w:pPr>
          </w:p>
        </w:tc>
      </w:tr>
      <w:tr w:rsidR="00014DE1" w:rsidRPr="00020585" w14:paraId="1C62D95B" w14:textId="77777777" w:rsidTr="00296944">
        <w:trPr>
          <w:trHeight w:val="822"/>
        </w:trPr>
        <w:tc>
          <w:tcPr>
            <w:tcW w:w="1756" w:type="dxa"/>
            <w:vMerge/>
          </w:tcPr>
          <w:p w14:paraId="67EEA8D7" w14:textId="77777777" w:rsidR="00014DE1" w:rsidRPr="00020585" w:rsidRDefault="00014DE1" w:rsidP="00C147BA">
            <w:pPr>
              <w:rPr>
                <w:sz w:val="21"/>
                <w:szCs w:val="21"/>
              </w:rPr>
            </w:pPr>
          </w:p>
        </w:tc>
        <w:tc>
          <w:tcPr>
            <w:tcW w:w="8468" w:type="dxa"/>
            <w:gridSpan w:val="4"/>
          </w:tcPr>
          <w:p w14:paraId="49D01FCA" w14:textId="77777777" w:rsidR="00014DE1" w:rsidRPr="00020585" w:rsidRDefault="00014DE1" w:rsidP="00C147BA">
            <w:pPr>
              <w:rPr>
                <w:sz w:val="21"/>
                <w:szCs w:val="21"/>
                <w:lang w:eastAsia="ja-JP"/>
              </w:rPr>
            </w:pPr>
            <w:r w:rsidRPr="00020585">
              <w:rPr>
                <w:sz w:val="21"/>
                <w:szCs w:val="21"/>
                <w:lang w:eastAsia="ja-JP"/>
              </w:rPr>
              <w:t>[</w:t>
            </w:r>
            <w:r w:rsidRPr="00020585">
              <w:rPr>
                <w:sz w:val="21"/>
                <w:szCs w:val="21"/>
                <w:lang w:eastAsia="ja-JP"/>
              </w:rPr>
              <w:t>周産期母子医療センターで分娩する必要があった場合、その理由</w:t>
            </w:r>
            <w:r w:rsidRPr="00020585">
              <w:rPr>
                <w:sz w:val="21"/>
                <w:szCs w:val="21"/>
                <w:lang w:eastAsia="ja-JP"/>
              </w:rPr>
              <w:t>]</w:t>
            </w:r>
          </w:p>
          <w:p w14:paraId="5060607F" w14:textId="77777777" w:rsidR="00014DE1" w:rsidRPr="00020585" w:rsidRDefault="00014DE1" w:rsidP="00C147BA">
            <w:pPr>
              <w:rPr>
                <w:sz w:val="21"/>
                <w:szCs w:val="21"/>
                <w:lang w:eastAsia="ja-JP"/>
              </w:rPr>
            </w:pPr>
          </w:p>
        </w:tc>
      </w:tr>
      <w:tr w:rsidR="00014DE1" w:rsidRPr="00020585" w14:paraId="39CAAC43" w14:textId="77777777" w:rsidTr="00296944">
        <w:trPr>
          <w:trHeight w:val="572"/>
        </w:trPr>
        <w:tc>
          <w:tcPr>
            <w:tcW w:w="1756" w:type="dxa"/>
          </w:tcPr>
          <w:p w14:paraId="17393D25" w14:textId="77777777" w:rsidR="00014DE1" w:rsidRPr="00020585" w:rsidRDefault="00014DE1" w:rsidP="00C147BA">
            <w:pPr>
              <w:rPr>
                <w:sz w:val="21"/>
                <w:szCs w:val="21"/>
              </w:rPr>
            </w:pPr>
            <w:proofErr w:type="spellStart"/>
            <w:r w:rsidRPr="00014DE1">
              <w:rPr>
                <w:rFonts w:hint="eastAsia"/>
                <w:spacing w:val="455"/>
                <w:sz w:val="21"/>
                <w:szCs w:val="21"/>
                <w:fitText w:val="1540" w:id="-431244543"/>
              </w:rPr>
              <w:t>出産</w:t>
            </w:r>
            <w:r w:rsidRPr="00014DE1">
              <w:rPr>
                <w:rFonts w:hint="eastAsia"/>
                <w:sz w:val="21"/>
                <w:szCs w:val="21"/>
                <w:fitText w:val="1540" w:id="-431244543"/>
              </w:rPr>
              <w:t>日</w:t>
            </w:r>
            <w:proofErr w:type="spellEnd"/>
          </w:p>
        </w:tc>
        <w:tc>
          <w:tcPr>
            <w:tcW w:w="3613" w:type="dxa"/>
            <w:gridSpan w:val="2"/>
          </w:tcPr>
          <w:p w14:paraId="09EB7A0E" w14:textId="77777777" w:rsidR="00014DE1" w:rsidRPr="00020585" w:rsidRDefault="00014DE1" w:rsidP="00C147BA">
            <w:pPr>
              <w:rPr>
                <w:sz w:val="21"/>
                <w:szCs w:val="21"/>
                <w:u w:val="single"/>
              </w:rPr>
            </w:pPr>
            <w:r w:rsidRPr="00020585">
              <w:rPr>
                <w:rFonts w:hint="eastAsia"/>
                <w:sz w:val="21"/>
                <w:szCs w:val="21"/>
              </w:rPr>
              <w:t xml:space="preserve">　　　年　　</w:t>
            </w:r>
            <w:r w:rsidRPr="00020585">
              <w:rPr>
                <w:rFonts w:hint="eastAsia"/>
                <w:sz w:val="21"/>
                <w:szCs w:val="21"/>
              </w:rPr>
              <w:t xml:space="preserve"> </w:t>
            </w:r>
            <w:r w:rsidRPr="00020585">
              <w:rPr>
                <w:rFonts w:hint="eastAsia"/>
                <w:sz w:val="21"/>
                <w:szCs w:val="21"/>
              </w:rPr>
              <w:t>月</w:t>
            </w:r>
            <w:r w:rsidRPr="00020585">
              <w:rPr>
                <w:rFonts w:hint="eastAsia"/>
                <w:sz w:val="21"/>
                <w:szCs w:val="21"/>
              </w:rPr>
              <w:t xml:space="preserve"> </w:t>
            </w:r>
            <w:r w:rsidRPr="00020585">
              <w:rPr>
                <w:rFonts w:hint="eastAsia"/>
                <w:sz w:val="21"/>
                <w:szCs w:val="21"/>
              </w:rPr>
              <w:t xml:space="preserve">　　日</w:t>
            </w:r>
          </w:p>
        </w:tc>
        <w:tc>
          <w:tcPr>
            <w:tcW w:w="1835" w:type="dxa"/>
          </w:tcPr>
          <w:p w14:paraId="29B614BF" w14:textId="77777777" w:rsidR="00014DE1" w:rsidRPr="00020585" w:rsidRDefault="00014DE1" w:rsidP="00C147BA">
            <w:pPr>
              <w:rPr>
                <w:sz w:val="21"/>
                <w:szCs w:val="21"/>
                <w:lang w:eastAsia="ja-JP"/>
              </w:rPr>
            </w:pPr>
            <w:r>
              <w:rPr>
                <w:rFonts w:hint="eastAsia"/>
                <w:sz w:val="21"/>
                <w:szCs w:val="21"/>
                <w:lang w:eastAsia="ja-JP"/>
              </w:rPr>
              <w:t>住所地</w:t>
            </w:r>
            <w:r w:rsidRPr="00020585">
              <w:rPr>
                <w:sz w:val="21"/>
                <w:szCs w:val="21"/>
                <w:lang w:eastAsia="ja-JP"/>
              </w:rPr>
              <w:t>からの移動に要した時間</w:t>
            </w:r>
          </w:p>
        </w:tc>
        <w:tc>
          <w:tcPr>
            <w:tcW w:w="3020" w:type="dxa"/>
          </w:tcPr>
          <w:p w14:paraId="4946BCED" w14:textId="77777777" w:rsidR="00014DE1" w:rsidRPr="00020585" w:rsidRDefault="00014DE1" w:rsidP="00C147BA">
            <w:pPr>
              <w:ind w:firstLineChars="100" w:firstLine="210"/>
              <w:rPr>
                <w:sz w:val="21"/>
                <w:szCs w:val="21"/>
              </w:rPr>
            </w:pPr>
            <w:r w:rsidRPr="00020585">
              <w:rPr>
                <w:sz w:val="21"/>
                <w:szCs w:val="21"/>
                <w:lang w:eastAsia="ja-JP"/>
              </w:rPr>
              <w:t xml:space="preserve">　　　</w:t>
            </w:r>
            <w:proofErr w:type="spellStart"/>
            <w:r w:rsidRPr="00020585">
              <w:rPr>
                <w:rFonts w:hint="eastAsia"/>
                <w:sz w:val="21"/>
                <w:szCs w:val="21"/>
              </w:rPr>
              <w:t>時間</w:t>
            </w:r>
            <w:proofErr w:type="spellEnd"/>
            <w:r w:rsidRPr="00020585">
              <w:rPr>
                <w:rFonts w:hint="eastAsia"/>
                <w:sz w:val="21"/>
                <w:szCs w:val="21"/>
              </w:rPr>
              <w:t xml:space="preserve">　　　</w:t>
            </w:r>
            <w:r w:rsidRPr="00020585">
              <w:rPr>
                <w:sz w:val="21"/>
                <w:szCs w:val="21"/>
              </w:rPr>
              <w:t>分</w:t>
            </w:r>
          </w:p>
        </w:tc>
      </w:tr>
    </w:tbl>
    <w:p w14:paraId="0AE9C88F" w14:textId="16DE6C63" w:rsidR="00D976FD" w:rsidRDefault="002F6804" w:rsidP="00D976FD">
      <w:pPr>
        <w:rPr>
          <w:noProof/>
          <w:lang w:eastAsia="ja-JP"/>
        </w:rPr>
      </w:pPr>
      <w:r>
        <w:rPr>
          <w:noProof/>
          <w:lang w:eastAsia="ja-JP"/>
        </w:rPr>
        <w:lastRenderedPageBreak/>
        <w:br/>
      </w:r>
      <w:r w:rsidR="00D976FD">
        <w:rPr>
          <w:rFonts w:hint="eastAsia"/>
          <w:noProof/>
          <w:lang w:eastAsia="ja-JP"/>
        </w:rPr>
        <w:t>２．妊婦健診</w:t>
      </w:r>
      <w:r w:rsidR="00014DE1">
        <w:rPr>
          <w:rFonts w:hint="eastAsia"/>
          <w:noProof/>
          <w:lang w:eastAsia="ja-JP"/>
        </w:rPr>
        <w:t>時の交通費について</w:t>
      </w:r>
    </w:p>
    <w:tbl>
      <w:tblPr>
        <w:tblStyle w:val="afe"/>
        <w:tblW w:w="9781" w:type="dxa"/>
        <w:tblInd w:w="-575" w:type="dxa"/>
        <w:tblLook w:val="0000" w:firstRow="0" w:lastRow="0" w:firstColumn="0" w:lastColumn="0" w:noHBand="0" w:noVBand="0"/>
      </w:tblPr>
      <w:tblGrid>
        <w:gridCol w:w="1762"/>
        <w:gridCol w:w="8019"/>
      </w:tblGrid>
      <w:tr w:rsidR="00051A89" w:rsidRPr="00020585" w14:paraId="4B41B8DF" w14:textId="77777777" w:rsidTr="00014DE1">
        <w:trPr>
          <w:trHeight w:val="593"/>
        </w:trPr>
        <w:tc>
          <w:tcPr>
            <w:tcW w:w="1762" w:type="dxa"/>
            <w:vMerge w:val="restart"/>
          </w:tcPr>
          <w:p w14:paraId="23BBDCBA" w14:textId="77777777" w:rsidR="00014DE1" w:rsidRPr="00014DE1" w:rsidRDefault="00014DE1" w:rsidP="00014DE1">
            <w:pPr>
              <w:jc w:val="center"/>
              <w:rPr>
                <w:spacing w:val="11"/>
                <w:sz w:val="21"/>
                <w:szCs w:val="21"/>
                <w:lang w:eastAsia="ja-JP"/>
              </w:rPr>
            </w:pPr>
          </w:p>
          <w:p w14:paraId="63923522" w14:textId="77777777" w:rsidR="00014DE1" w:rsidRPr="00014DE1" w:rsidRDefault="00014DE1" w:rsidP="00014DE1">
            <w:pPr>
              <w:jc w:val="center"/>
              <w:rPr>
                <w:spacing w:val="11"/>
                <w:sz w:val="21"/>
                <w:szCs w:val="21"/>
                <w:lang w:eastAsia="ja-JP"/>
              </w:rPr>
            </w:pPr>
          </w:p>
          <w:p w14:paraId="4512A93B" w14:textId="77777777" w:rsidR="00014DE1" w:rsidRPr="00014DE1" w:rsidRDefault="00014DE1" w:rsidP="00014DE1">
            <w:pPr>
              <w:jc w:val="center"/>
              <w:rPr>
                <w:spacing w:val="11"/>
                <w:sz w:val="21"/>
                <w:szCs w:val="21"/>
                <w:lang w:eastAsia="ja-JP"/>
              </w:rPr>
            </w:pPr>
          </w:p>
          <w:p w14:paraId="48F22E37" w14:textId="7B0D3762" w:rsidR="00051A89" w:rsidRPr="00020585" w:rsidRDefault="00051A89" w:rsidP="00014DE1">
            <w:pPr>
              <w:jc w:val="center"/>
              <w:rPr>
                <w:sz w:val="21"/>
                <w:szCs w:val="21"/>
              </w:rPr>
            </w:pPr>
            <w:proofErr w:type="spellStart"/>
            <w:r w:rsidRPr="00014DE1">
              <w:rPr>
                <w:spacing w:val="11"/>
                <w:sz w:val="21"/>
                <w:szCs w:val="21"/>
                <w:fitText w:val="1540" w:id="-431242752"/>
              </w:rPr>
              <w:t>交通費（往路</w:t>
            </w:r>
            <w:proofErr w:type="spellEnd"/>
            <w:r w:rsidRPr="00014DE1">
              <w:rPr>
                <w:spacing w:val="4"/>
                <w:sz w:val="21"/>
                <w:szCs w:val="21"/>
                <w:fitText w:val="1540" w:id="-431242752"/>
              </w:rPr>
              <w:t>）</w:t>
            </w:r>
          </w:p>
        </w:tc>
        <w:tc>
          <w:tcPr>
            <w:tcW w:w="8019" w:type="dxa"/>
          </w:tcPr>
          <w:p w14:paraId="0DE3D757" w14:textId="2758DA82" w:rsidR="00051A89" w:rsidRPr="00020585" w:rsidRDefault="00051A89" w:rsidP="00411682">
            <w:pPr>
              <w:spacing w:line="360" w:lineRule="auto"/>
              <w:rPr>
                <w:sz w:val="21"/>
                <w:szCs w:val="21"/>
              </w:rPr>
            </w:pPr>
            <w:r w:rsidRPr="00020585">
              <w:rPr>
                <w:sz w:val="21"/>
                <w:szCs w:val="21"/>
              </w:rPr>
              <w:t>□</w:t>
            </w:r>
            <w:r w:rsidR="00AA7A3E">
              <w:rPr>
                <w:rFonts w:hint="eastAsia"/>
                <w:sz w:val="21"/>
                <w:szCs w:val="21"/>
                <w:lang w:eastAsia="ja-JP"/>
              </w:rPr>
              <w:t>電車</w:t>
            </w:r>
            <w:r w:rsidRPr="00020585">
              <w:rPr>
                <w:rFonts w:hint="eastAsia"/>
                <w:sz w:val="21"/>
                <w:szCs w:val="21"/>
              </w:rPr>
              <w:t xml:space="preserve">　</w:t>
            </w:r>
            <w:r>
              <w:rPr>
                <w:rFonts w:hint="eastAsia"/>
                <w:sz w:val="21"/>
                <w:szCs w:val="21"/>
              </w:rPr>
              <w:t xml:space="preserve">　　　</w:t>
            </w:r>
            <w:proofErr w:type="spellStart"/>
            <w:r w:rsidRPr="00020585">
              <w:rPr>
                <w:rFonts w:hint="eastAsia"/>
                <w:sz w:val="21"/>
                <w:szCs w:val="21"/>
              </w:rPr>
              <w:t>利用区間</w:t>
            </w:r>
            <w:proofErr w:type="spellEnd"/>
            <w:r w:rsidRPr="00020585">
              <w:rPr>
                <w:rFonts w:hint="eastAsia"/>
                <w:sz w:val="21"/>
                <w:szCs w:val="21"/>
              </w:rPr>
              <w:t xml:space="preserve">　　　　～</w:t>
            </w:r>
            <w:r w:rsidRPr="00020585">
              <w:rPr>
                <w:rFonts w:hint="eastAsia"/>
                <w:sz w:val="21"/>
                <w:szCs w:val="21"/>
              </w:rPr>
              <w:t xml:space="preserve"> </w:t>
            </w:r>
            <w:r w:rsidRPr="00020585">
              <w:rPr>
                <w:rFonts w:hint="eastAsia"/>
                <w:sz w:val="21"/>
                <w:szCs w:val="21"/>
              </w:rPr>
              <w:t xml:space="preserve">　</w:t>
            </w:r>
            <w:r w:rsidRPr="00020585">
              <w:rPr>
                <w:sz w:val="21"/>
                <w:szCs w:val="21"/>
              </w:rPr>
              <w:t xml:space="preserve">    </w:t>
            </w:r>
          </w:p>
          <w:p w14:paraId="78C8D289" w14:textId="1084654F" w:rsidR="00051A89" w:rsidRPr="00020585" w:rsidRDefault="00051A89" w:rsidP="00411682">
            <w:pPr>
              <w:spacing w:line="360" w:lineRule="auto"/>
              <w:ind w:firstLineChars="900" w:firstLine="1890"/>
              <w:rPr>
                <w:sz w:val="21"/>
                <w:szCs w:val="21"/>
              </w:rPr>
            </w:pPr>
            <w:proofErr w:type="spellStart"/>
            <w:r w:rsidRPr="00020585">
              <w:rPr>
                <w:sz w:val="21"/>
                <w:szCs w:val="21"/>
              </w:rPr>
              <w:t>利用料金</w:t>
            </w:r>
            <w:proofErr w:type="spellEnd"/>
            <w:r w:rsidRPr="00020585">
              <w:rPr>
                <w:sz w:val="21"/>
                <w:szCs w:val="21"/>
              </w:rPr>
              <w:t xml:space="preserve">　</w:t>
            </w:r>
            <w:r w:rsidRPr="00020585">
              <w:rPr>
                <w:rFonts w:hint="eastAsia"/>
                <w:sz w:val="21"/>
                <w:szCs w:val="21"/>
              </w:rPr>
              <w:t xml:space="preserve">  </w:t>
            </w:r>
            <w:r w:rsidRPr="00020585">
              <w:rPr>
                <w:rFonts w:hint="eastAsia"/>
                <w:sz w:val="21"/>
                <w:szCs w:val="21"/>
              </w:rPr>
              <w:t xml:space="preserve">　</w:t>
            </w:r>
            <w:r w:rsidRPr="00020585">
              <w:rPr>
                <w:sz w:val="21"/>
                <w:szCs w:val="21"/>
              </w:rPr>
              <w:t xml:space="preserve">     </w:t>
            </w:r>
            <w:r w:rsidRPr="00020585">
              <w:rPr>
                <w:sz w:val="21"/>
                <w:szCs w:val="21"/>
              </w:rPr>
              <w:t xml:space="preserve">　</w:t>
            </w:r>
            <w:r w:rsidRPr="00020585">
              <w:rPr>
                <w:rFonts w:hint="eastAsia"/>
                <w:sz w:val="21"/>
                <w:szCs w:val="21"/>
              </w:rPr>
              <w:t xml:space="preserve"> </w:t>
            </w:r>
            <w:r w:rsidRPr="00020585">
              <w:rPr>
                <w:sz w:val="21"/>
                <w:szCs w:val="21"/>
              </w:rPr>
              <w:t xml:space="preserve">    </w:t>
            </w:r>
            <w:r w:rsidR="000D5284">
              <w:rPr>
                <w:rFonts w:hint="eastAsia"/>
                <w:sz w:val="21"/>
                <w:szCs w:val="21"/>
                <w:lang w:eastAsia="ja-JP"/>
              </w:rPr>
              <w:t xml:space="preserve">　　　</w:t>
            </w:r>
            <w:r w:rsidRPr="00020585">
              <w:rPr>
                <w:sz w:val="21"/>
                <w:szCs w:val="21"/>
              </w:rPr>
              <w:t>円</w:t>
            </w:r>
            <w:r w:rsidRPr="00020585">
              <w:rPr>
                <w:sz w:val="21"/>
                <w:szCs w:val="21"/>
              </w:rPr>
              <w:t>×0.8</w:t>
            </w:r>
            <w:r w:rsidRPr="00020585">
              <w:rPr>
                <w:sz w:val="21"/>
                <w:szCs w:val="21"/>
              </w:rPr>
              <w:t xml:space="preserve">＝　</w:t>
            </w:r>
            <w:r w:rsidR="000D5284">
              <w:rPr>
                <w:rFonts w:hint="eastAsia"/>
                <w:sz w:val="21"/>
                <w:szCs w:val="21"/>
                <w:lang w:eastAsia="ja-JP"/>
              </w:rPr>
              <w:t xml:space="preserve">　　</w:t>
            </w:r>
            <w:r w:rsidRPr="00020585">
              <w:rPr>
                <w:sz w:val="21"/>
                <w:szCs w:val="21"/>
              </w:rPr>
              <w:t xml:space="preserve">     </w:t>
            </w:r>
            <w:r w:rsidRPr="00020585">
              <w:rPr>
                <w:sz w:val="21"/>
                <w:szCs w:val="21"/>
              </w:rPr>
              <w:t xml:space="preserve">　　　　</w:t>
            </w:r>
            <w:r w:rsidRPr="00020585">
              <w:rPr>
                <w:rFonts w:hint="eastAsia"/>
                <w:sz w:val="21"/>
                <w:szCs w:val="21"/>
              </w:rPr>
              <w:t xml:space="preserve"> </w:t>
            </w:r>
            <w:r w:rsidRPr="00020585">
              <w:rPr>
                <w:sz w:val="21"/>
                <w:szCs w:val="21"/>
              </w:rPr>
              <w:t>円</w:t>
            </w:r>
          </w:p>
        </w:tc>
      </w:tr>
      <w:tr w:rsidR="00051A89" w:rsidRPr="00020585" w14:paraId="73B2155E" w14:textId="77777777" w:rsidTr="00014DE1">
        <w:trPr>
          <w:trHeight w:val="863"/>
        </w:trPr>
        <w:tc>
          <w:tcPr>
            <w:tcW w:w="1762" w:type="dxa"/>
            <w:vMerge/>
          </w:tcPr>
          <w:p w14:paraId="335E1A74" w14:textId="77777777" w:rsidR="00051A89" w:rsidRPr="00020585" w:rsidRDefault="00051A89" w:rsidP="00014DE1">
            <w:pPr>
              <w:jc w:val="center"/>
              <w:rPr>
                <w:sz w:val="21"/>
                <w:szCs w:val="21"/>
              </w:rPr>
            </w:pPr>
          </w:p>
        </w:tc>
        <w:tc>
          <w:tcPr>
            <w:tcW w:w="8019" w:type="dxa"/>
          </w:tcPr>
          <w:p w14:paraId="3C29AD02" w14:textId="23B3E85E" w:rsidR="00051A89" w:rsidRPr="00020585" w:rsidRDefault="00051A89" w:rsidP="00411682">
            <w:pPr>
              <w:spacing w:line="360" w:lineRule="auto"/>
              <w:rPr>
                <w:sz w:val="21"/>
                <w:szCs w:val="21"/>
                <w:lang w:eastAsia="ja-JP"/>
              </w:rPr>
            </w:pPr>
            <w:r w:rsidRPr="00020585">
              <w:rPr>
                <w:rFonts w:hint="eastAsia"/>
                <w:sz w:val="21"/>
                <w:szCs w:val="21"/>
                <w:lang w:eastAsia="ja-JP"/>
              </w:rPr>
              <w:t xml:space="preserve">□バス　</w:t>
            </w:r>
            <w:r>
              <w:rPr>
                <w:rFonts w:hint="eastAsia"/>
                <w:sz w:val="21"/>
                <w:szCs w:val="21"/>
                <w:lang w:eastAsia="ja-JP"/>
              </w:rPr>
              <w:t xml:space="preserve">　　　</w:t>
            </w:r>
            <w:r w:rsidRPr="00020585">
              <w:rPr>
                <w:rFonts w:hint="eastAsia"/>
                <w:sz w:val="21"/>
                <w:szCs w:val="21"/>
                <w:lang w:eastAsia="ja-JP"/>
              </w:rPr>
              <w:t>利用区間　　　　～</w:t>
            </w:r>
          </w:p>
          <w:p w14:paraId="25DEE98A" w14:textId="77777777" w:rsidR="00051A89" w:rsidRPr="00020585" w:rsidRDefault="00051A89" w:rsidP="00411682">
            <w:pPr>
              <w:spacing w:line="360" w:lineRule="auto"/>
              <w:rPr>
                <w:sz w:val="21"/>
                <w:szCs w:val="21"/>
                <w:lang w:eastAsia="ja-JP"/>
              </w:rPr>
            </w:pPr>
            <w:r w:rsidRPr="00020585">
              <w:rPr>
                <w:rFonts w:hint="eastAsia"/>
                <w:sz w:val="21"/>
                <w:szCs w:val="21"/>
                <w:lang w:eastAsia="ja-JP"/>
              </w:rPr>
              <w:t xml:space="preserve">　　　　　　　　　利用料金　　　　　　　　　円×</w:t>
            </w:r>
            <w:r w:rsidRPr="00020585">
              <w:rPr>
                <w:rFonts w:hint="eastAsia"/>
                <w:sz w:val="21"/>
                <w:szCs w:val="21"/>
                <w:lang w:eastAsia="ja-JP"/>
              </w:rPr>
              <w:t>0.8</w:t>
            </w:r>
            <w:r w:rsidRPr="00020585">
              <w:rPr>
                <w:rFonts w:hint="eastAsia"/>
                <w:sz w:val="21"/>
                <w:szCs w:val="21"/>
                <w:lang w:eastAsia="ja-JP"/>
              </w:rPr>
              <w:t>＝　　　　　　　　円</w:t>
            </w:r>
          </w:p>
        </w:tc>
      </w:tr>
      <w:tr w:rsidR="00051A89" w:rsidRPr="00020585" w14:paraId="11ED1B21" w14:textId="77777777" w:rsidTr="00014DE1">
        <w:trPr>
          <w:trHeight w:val="733"/>
        </w:trPr>
        <w:tc>
          <w:tcPr>
            <w:tcW w:w="1762" w:type="dxa"/>
            <w:vMerge w:val="restart"/>
          </w:tcPr>
          <w:p w14:paraId="4387CEA7" w14:textId="77777777" w:rsidR="00014DE1" w:rsidRPr="00014DE1" w:rsidRDefault="00014DE1" w:rsidP="00014DE1">
            <w:pPr>
              <w:jc w:val="center"/>
              <w:rPr>
                <w:spacing w:val="34"/>
                <w:w w:val="91"/>
                <w:sz w:val="21"/>
                <w:szCs w:val="21"/>
                <w:lang w:eastAsia="ja-JP"/>
              </w:rPr>
            </w:pPr>
          </w:p>
          <w:p w14:paraId="13775847" w14:textId="77777777" w:rsidR="00014DE1" w:rsidRPr="00014DE1" w:rsidRDefault="00014DE1" w:rsidP="00014DE1">
            <w:pPr>
              <w:jc w:val="center"/>
              <w:rPr>
                <w:spacing w:val="34"/>
                <w:w w:val="91"/>
                <w:sz w:val="21"/>
                <w:szCs w:val="21"/>
                <w:lang w:eastAsia="ja-JP"/>
              </w:rPr>
            </w:pPr>
          </w:p>
          <w:p w14:paraId="79247956" w14:textId="77777777" w:rsidR="00014DE1" w:rsidRPr="00014DE1" w:rsidRDefault="00014DE1" w:rsidP="00014DE1">
            <w:pPr>
              <w:jc w:val="center"/>
              <w:rPr>
                <w:spacing w:val="34"/>
                <w:w w:val="91"/>
                <w:sz w:val="21"/>
                <w:szCs w:val="21"/>
                <w:lang w:eastAsia="ja-JP"/>
              </w:rPr>
            </w:pPr>
          </w:p>
          <w:p w14:paraId="7EE09DC9" w14:textId="64826333" w:rsidR="00051A89" w:rsidRPr="00020585" w:rsidRDefault="00051A89" w:rsidP="00014DE1">
            <w:pPr>
              <w:jc w:val="center"/>
              <w:rPr>
                <w:sz w:val="21"/>
                <w:szCs w:val="21"/>
              </w:rPr>
            </w:pPr>
            <w:proofErr w:type="spellStart"/>
            <w:r w:rsidRPr="00014DE1">
              <w:rPr>
                <w:spacing w:val="34"/>
                <w:w w:val="91"/>
                <w:sz w:val="21"/>
                <w:szCs w:val="21"/>
                <w:fitText w:val="1542" w:id="-431242751"/>
              </w:rPr>
              <w:t>交通費（復路</w:t>
            </w:r>
            <w:proofErr w:type="spellEnd"/>
            <w:r w:rsidRPr="00014DE1">
              <w:rPr>
                <w:spacing w:val="6"/>
                <w:w w:val="91"/>
                <w:sz w:val="21"/>
                <w:szCs w:val="21"/>
                <w:fitText w:val="1542" w:id="-431242751"/>
              </w:rPr>
              <w:t>）</w:t>
            </w:r>
          </w:p>
        </w:tc>
        <w:tc>
          <w:tcPr>
            <w:tcW w:w="8019" w:type="dxa"/>
          </w:tcPr>
          <w:p w14:paraId="0A123005" w14:textId="20CDBE2C" w:rsidR="00051A89" w:rsidRPr="00020585" w:rsidRDefault="00051A89" w:rsidP="00411682">
            <w:pPr>
              <w:spacing w:line="360" w:lineRule="auto"/>
              <w:rPr>
                <w:sz w:val="21"/>
                <w:szCs w:val="21"/>
              </w:rPr>
            </w:pPr>
            <w:r w:rsidRPr="00020585">
              <w:rPr>
                <w:sz w:val="21"/>
                <w:szCs w:val="21"/>
              </w:rPr>
              <w:t>□</w:t>
            </w:r>
            <w:r w:rsidR="00AA7A3E">
              <w:rPr>
                <w:rFonts w:hint="eastAsia"/>
                <w:sz w:val="21"/>
                <w:szCs w:val="21"/>
                <w:lang w:eastAsia="ja-JP"/>
              </w:rPr>
              <w:t>電車</w:t>
            </w:r>
            <w:r>
              <w:rPr>
                <w:rFonts w:hint="eastAsia"/>
                <w:sz w:val="21"/>
                <w:szCs w:val="21"/>
              </w:rPr>
              <w:t xml:space="preserve">　　　　</w:t>
            </w:r>
            <w:proofErr w:type="spellStart"/>
            <w:r w:rsidRPr="00020585">
              <w:rPr>
                <w:rFonts w:hint="eastAsia"/>
                <w:sz w:val="21"/>
                <w:szCs w:val="21"/>
              </w:rPr>
              <w:t>利用区間</w:t>
            </w:r>
            <w:proofErr w:type="spellEnd"/>
            <w:r w:rsidRPr="00020585">
              <w:rPr>
                <w:rFonts w:hint="eastAsia"/>
                <w:sz w:val="21"/>
                <w:szCs w:val="21"/>
              </w:rPr>
              <w:t xml:space="preserve">　　　　～</w:t>
            </w:r>
            <w:r w:rsidRPr="00020585">
              <w:rPr>
                <w:rFonts w:hint="eastAsia"/>
                <w:sz w:val="21"/>
                <w:szCs w:val="21"/>
              </w:rPr>
              <w:t xml:space="preserve"> </w:t>
            </w:r>
            <w:r w:rsidRPr="00020585">
              <w:rPr>
                <w:rFonts w:hint="eastAsia"/>
                <w:sz w:val="21"/>
                <w:szCs w:val="21"/>
              </w:rPr>
              <w:t xml:space="preserve">　</w:t>
            </w:r>
            <w:r w:rsidRPr="00020585">
              <w:rPr>
                <w:sz w:val="21"/>
                <w:szCs w:val="21"/>
              </w:rPr>
              <w:t xml:space="preserve">    </w:t>
            </w:r>
          </w:p>
          <w:p w14:paraId="76C8D700" w14:textId="040C55D3" w:rsidR="00051A89" w:rsidRPr="00020585" w:rsidRDefault="00051A89" w:rsidP="00411682">
            <w:pPr>
              <w:spacing w:line="360" w:lineRule="auto"/>
              <w:ind w:firstLineChars="900" w:firstLine="1890"/>
              <w:rPr>
                <w:sz w:val="21"/>
                <w:szCs w:val="21"/>
                <w:u w:val="single"/>
              </w:rPr>
            </w:pPr>
            <w:proofErr w:type="spellStart"/>
            <w:r w:rsidRPr="00020585">
              <w:rPr>
                <w:sz w:val="21"/>
                <w:szCs w:val="21"/>
              </w:rPr>
              <w:t>利用料金</w:t>
            </w:r>
            <w:proofErr w:type="spellEnd"/>
            <w:r w:rsidRPr="00020585">
              <w:rPr>
                <w:sz w:val="21"/>
                <w:szCs w:val="21"/>
              </w:rPr>
              <w:t xml:space="preserve">　</w:t>
            </w:r>
            <w:r w:rsidRPr="00020585">
              <w:rPr>
                <w:rFonts w:hint="eastAsia"/>
                <w:sz w:val="21"/>
                <w:szCs w:val="21"/>
              </w:rPr>
              <w:t xml:space="preserve"> </w:t>
            </w:r>
            <w:r w:rsidRPr="00020585">
              <w:rPr>
                <w:rFonts w:hint="eastAsia"/>
                <w:sz w:val="21"/>
                <w:szCs w:val="21"/>
              </w:rPr>
              <w:t xml:space="preserve">　</w:t>
            </w:r>
            <w:r w:rsidRPr="00020585">
              <w:rPr>
                <w:sz w:val="21"/>
                <w:szCs w:val="21"/>
              </w:rPr>
              <w:t xml:space="preserve">    </w:t>
            </w:r>
            <w:r w:rsidRPr="00020585">
              <w:rPr>
                <w:rFonts w:hint="eastAsia"/>
                <w:sz w:val="21"/>
                <w:szCs w:val="21"/>
              </w:rPr>
              <w:t xml:space="preserve">　</w:t>
            </w:r>
            <w:r w:rsidRPr="00020585">
              <w:rPr>
                <w:sz w:val="21"/>
                <w:szCs w:val="21"/>
              </w:rPr>
              <w:t xml:space="preserve">  </w:t>
            </w:r>
            <w:r w:rsidRPr="00020585">
              <w:rPr>
                <w:rFonts w:hint="eastAsia"/>
                <w:sz w:val="21"/>
                <w:szCs w:val="21"/>
              </w:rPr>
              <w:t xml:space="preserve"> </w:t>
            </w:r>
            <w:r w:rsidRPr="00020585">
              <w:rPr>
                <w:sz w:val="21"/>
                <w:szCs w:val="21"/>
              </w:rPr>
              <w:t xml:space="preserve">   </w:t>
            </w:r>
            <w:r w:rsidR="000D5284">
              <w:rPr>
                <w:rFonts w:hint="eastAsia"/>
                <w:sz w:val="21"/>
                <w:szCs w:val="21"/>
                <w:lang w:eastAsia="ja-JP"/>
              </w:rPr>
              <w:t xml:space="preserve">　　　　</w:t>
            </w:r>
            <w:r w:rsidRPr="00020585">
              <w:rPr>
                <w:sz w:val="21"/>
                <w:szCs w:val="21"/>
              </w:rPr>
              <w:t xml:space="preserve"> </w:t>
            </w:r>
            <w:r w:rsidRPr="00020585">
              <w:rPr>
                <w:sz w:val="21"/>
                <w:szCs w:val="21"/>
              </w:rPr>
              <w:t>円</w:t>
            </w:r>
            <w:r w:rsidRPr="00020585">
              <w:rPr>
                <w:sz w:val="21"/>
                <w:szCs w:val="21"/>
              </w:rPr>
              <w:t>×0.8</w:t>
            </w:r>
            <w:r w:rsidRPr="00020585">
              <w:rPr>
                <w:sz w:val="21"/>
                <w:szCs w:val="21"/>
              </w:rPr>
              <w:t xml:space="preserve">＝　</w:t>
            </w:r>
            <w:r w:rsidRPr="00020585">
              <w:rPr>
                <w:sz w:val="21"/>
                <w:szCs w:val="21"/>
              </w:rPr>
              <w:t xml:space="preserve">     </w:t>
            </w:r>
            <w:r w:rsidRPr="00020585">
              <w:rPr>
                <w:sz w:val="21"/>
                <w:szCs w:val="21"/>
              </w:rPr>
              <w:t xml:space="preserve">　　　</w:t>
            </w:r>
            <w:r w:rsidR="000D5284">
              <w:rPr>
                <w:rFonts w:hint="eastAsia"/>
                <w:sz w:val="21"/>
                <w:szCs w:val="21"/>
                <w:lang w:eastAsia="ja-JP"/>
              </w:rPr>
              <w:t xml:space="preserve">　　</w:t>
            </w:r>
            <w:r w:rsidRPr="00020585">
              <w:rPr>
                <w:sz w:val="21"/>
                <w:szCs w:val="21"/>
              </w:rPr>
              <w:t xml:space="preserve">　</w:t>
            </w:r>
            <w:r w:rsidRPr="00020585">
              <w:rPr>
                <w:rFonts w:hint="eastAsia"/>
                <w:sz w:val="21"/>
                <w:szCs w:val="21"/>
              </w:rPr>
              <w:t xml:space="preserve"> </w:t>
            </w:r>
            <w:r w:rsidRPr="00020585">
              <w:rPr>
                <w:sz w:val="21"/>
                <w:szCs w:val="21"/>
              </w:rPr>
              <w:t>円</w:t>
            </w:r>
          </w:p>
        </w:tc>
      </w:tr>
      <w:tr w:rsidR="00051A89" w:rsidRPr="00020585" w14:paraId="09513931" w14:textId="77777777" w:rsidTr="00014DE1">
        <w:trPr>
          <w:trHeight w:val="757"/>
        </w:trPr>
        <w:tc>
          <w:tcPr>
            <w:tcW w:w="1762" w:type="dxa"/>
            <w:vMerge/>
          </w:tcPr>
          <w:p w14:paraId="50368BD7" w14:textId="77777777" w:rsidR="00051A89" w:rsidRPr="00020585" w:rsidRDefault="00051A89" w:rsidP="00411682">
            <w:pPr>
              <w:rPr>
                <w:sz w:val="21"/>
                <w:szCs w:val="21"/>
              </w:rPr>
            </w:pPr>
          </w:p>
        </w:tc>
        <w:tc>
          <w:tcPr>
            <w:tcW w:w="8019" w:type="dxa"/>
          </w:tcPr>
          <w:p w14:paraId="579FA28D" w14:textId="2C650F4F" w:rsidR="00051A89" w:rsidRPr="00020585" w:rsidRDefault="00051A89" w:rsidP="00411682">
            <w:pPr>
              <w:spacing w:line="360" w:lineRule="auto"/>
              <w:rPr>
                <w:sz w:val="21"/>
                <w:szCs w:val="21"/>
                <w:lang w:eastAsia="ja-JP"/>
              </w:rPr>
            </w:pPr>
            <w:r w:rsidRPr="00020585">
              <w:rPr>
                <w:rFonts w:hint="eastAsia"/>
                <w:sz w:val="21"/>
                <w:szCs w:val="21"/>
                <w:lang w:eastAsia="ja-JP"/>
              </w:rPr>
              <w:t xml:space="preserve">□バス　</w:t>
            </w:r>
            <w:r>
              <w:rPr>
                <w:rFonts w:hint="eastAsia"/>
                <w:sz w:val="21"/>
                <w:szCs w:val="21"/>
                <w:lang w:eastAsia="ja-JP"/>
              </w:rPr>
              <w:t xml:space="preserve">　　　</w:t>
            </w:r>
            <w:r w:rsidRPr="00020585">
              <w:rPr>
                <w:rFonts w:hint="eastAsia"/>
                <w:sz w:val="21"/>
                <w:szCs w:val="21"/>
                <w:lang w:eastAsia="ja-JP"/>
              </w:rPr>
              <w:t>利用区間　　　　～</w:t>
            </w:r>
          </w:p>
          <w:p w14:paraId="222BE732" w14:textId="6845427C" w:rsidR="00051A89" w:rsidRPr="00020585" w:rsidRDefault="00051A89" w:rsidP="00411682">
            <w:pPr>
              <w:spacing w:line="360" w:lineRule="auto"/>
              <w:rPr>
                <w:sz w:val="21"/>
                <w:szCs w:val="21"/>
                <w:lang w:eastAsia="ja-JP"/>
              </w:rPr>
            </w:pPr>
            <w:r w:rsidRPr="00020585">
              <w:rPr>
                <w:rFonts w:hint="eastAsia"/>
                <w:sz w:val="21"/>
                <w:szCs w:val="21"/>
                <w:lang w:eastAsia="ja-JP"/>
              </w:rPr>
              <w:t xml:space="preserve">　　　　　　　　　利用料金　　　　　　　　　円×</w:t>
            </w:r>
            <w:r w:rsidRPr="00020585">
              <w:rPr>
                <w:rFonts w:hint="eastAsia"/>
                <w:sz w:val="21"/>
                <w:szCs w:val="21"/>
                <w:lang w:eastAsia="ja-JP"/>
              </w:rPr>
              <w:t>0.8</w:t>
            </w:r>
            <w:r w:rsidRPr="00020585">
              <w:rPr>
                <w:rFonts w:hint="eastAsia"/>
                <w:sz w:val="21"/>
                <w:szCs w:val="21"/>
                <w:lang w:eastAsia="ja-JP"/>
              </w:rPr>
              <w:t xml:space="preserve">＝　　</w:t>
            </w:r>
            <w:r w:rsidR="000D5284">
              <w:rPr>
                <w:rFonts w:hint="eastAsia"/>
                <w:sz w:val="21"/>
                <w:szCs w:val="21"/>
                <w:lang w:eastAsia="ja-JP"/>
              </w:rPr>
              <w:t xml:space="preserve">　　</w:t>
            </w:r>
            <w:r w:rsidRPr="00020585">
              <w:rPr>
                <w:rFonts w:hint="eastAsia"/>
                <w:sz w:val="21"/>
                <w:szCs w:val="21"/>
                <w:lang w:eastAsia="ja-JP"/>
              </w:rPr>
              <w:t xml:space="preserve">　　　　円</w:t>
            </w:r>
          </w:p>
        </w:tc>
      </w:tr>
    </w:tbl>
    <w:p w14:paraId="60DA74CE" w14:textId="3EEC5341" w:rsidR="00D976FD" w:rsidRDefault="00D976FD" w:rsidP="00D976FD">
      <w:pPr>
        <w:rPr>
          <w:noProof/>
          <w:lang w:eastAsia="ja-JP"/>
        </w:rPr>
      </w:pPr>
    </w:p>
    <w:tbl>
      <w:tblPr>
        <w:tblStyle w:val="afe"/>
        <w:tblW w:w="10060" w:type="dxa"/>
        <w:jc w:val="center"/>
        <w:tblLook w:val="04A0" w:firstRow="1" w:lastRow="0" w:firstColumn="1" w:lastColumn="0" w:noHBand="0" w:noVBand="1"/>
      </w:tblPr>
      <w:tblGrid>
        <w:gridCol w:w="656"/>
        <w:gridCol w:w="1891"/>
        <w:gridCol w:w="4111"/>
        <w:gridCol w:w="1559"/>
        <w:gridCol w:w="1843"/>
      </w:tblGrid>
      <w:tr w:rsidR="00BE16F5" w14:paraId="308BFC6C" w14:textId="77777777" w:rsidTr="00014DE1">
        <w:trPr>
          <w:trHeight w:val="452"/>
          <w:jc w:val="center"/>
        </w:trPr>
        <w:tc>
          <w:tcPr>
            <w:tcW w:w="656" w:type="dxa"/>
          </w:tcPr>
          <w:p w14:paraId="337D91FC" w14:textId="6135999D" w:rsidR="00BE16F5" w:rsidRDefault="00BE16F5" w:rsidP="00014DE1">
            <w:pPr>
              <w:jc w:val="center"/>
              <w:rPr>
                <w:noProof/>
                <w:lang w:eastAsia="ja-JP"/>
              </w:rPr>
            </w:pPr>
            <w:r>
              <w:rPr>
                <w:rFonts w:hint="eastAsia"/>
                <w:noProof/>
                <w:lang w:eastAsia="ja-JP"/>
              </w:rPr>
              <w:t>回数</w:t>
            </w:r>
          </w:p>
        </w:tc>
        <w:tc>
          <w:tcPr>
            <w:tcW w:w="1891" w:type="dxa"/>
          </w:tcPr>
          <w:p w14:paraId="69E86581" w14:textId="4C715959" w:rsidR="00BE16F5" w:rsidRDefault="00BE16F5" w:rsidP="00014DE1">
            <w:pPr>
              <w:jc w:val="center"/>
              <w:rPr>
                <w:noProof/>
                <w:lang w:eastAsia="ja-JP"/>
              </w:rPr>
            </w:pPr>
            <w:r>
              <w:rPr>
                <w:rFonts w:hint="eastAsia"/>
                <w:noProof/>
                <w:lang w:eastAsia="ja-JP"/>
              </w:rPr>
              <w:t>受診年月日</w:t>
            </w:r>
          </w:p>
        </w:tc>
        <w:tc>
          <w:tcPr>
            <w:tcW w:w="4111" w:type="dxa"/>
          </w:tcPr>
          <w:p w14:paraId="138AF86F" w14:textId="68CDF4AE" w:rsidR="00BE16F5" w:rsidRDefault="00BE16F5" w:rsidP="00014DE1">
            <w:pPr>
              <w:jc w:val="center"/>
              <w:rPr>
                <w:noProof/>
                <w:lang w:eastAsia="ja-JP"/>
              </w:rPr>
            </w:pPr>
            <w:r>
              <w:rPr>
                <w:rFonts w:hint="eastAsia"/>
                <w:noProof/>
                <w:lang w:eastAsia="ja-JP"/>
              </w:rPr>
              <w:t>移動手段</w:t>
            </w:r>
          </w:p>
        </w:tc>
        <w:tc>
          <w:tcPr>
            <w:tcW w:w="1559" w:type="dxa"/>
          </w:tcPr>
          <w:p w14:paraId="4716951F" w14:textId="1762CEE2" w:rsidR="00BE16F5" w:rsidRDefault="00BE16F5" w:rsidP="00014DE1">
            <w:pPr>
              <w:jc w:val="center"/>
              <w:rPr>
                <w:noProof/>
                <w:lang w:eastAsia="ja-JP"/>
              </w:rPr>
            </w:pPr>
            <w:r>
              <w:rPr>
                <w:rFonts w:hint="eastAsia"/>
                <w:noProof/>
                <w:lang w:eastAsia="ja-JP"/>
              </w:rPr>
              <w:t>自己負担額</w:t>
            </w:r>
          </w:p>
        </w:tc>
        <w:tc>
          <w:tcPr>
            <w:tcW w:w="1843" w:type="dxa"/>
          </w:tcPr>
          <w:p w14:paraId="6BF38470" w14:textId="59A92117" w:rsidR="00F57507" w:rsidRDefault="00F57507" w:rsidP="00014DE1">
            <w:pPr>
              <w:ind w:firstLineChars="200" w:firstLine="440"/>
              <w:rPr>
                <w:noProof/>
                <w:lang w:eastAsia="ja-JP"/>
              </w:rPr>
            </w:pPr>
            <w:r>
              <w:rPr>
                <w:rFonts w:hint="eastAsia"/>
                <w:noProof/>
                <w:lang w:eastAsia="ja-JP"/>
              </w:rPr>
              <w:t>申請額</w:t>
            </w:r>
          </w:p>
          <w:p w14:paraId="48639D07" w14:textId="0145C06B" w:rsidR="00BE16F5" w:rsidRDefault="00BE16F5" w:rsidP="00014DE1">
            <w:pPr>
              <w:jc w:val="center"/>
              <w:rPr>
                <w:noProof/>
                <w:lang w:eastAsia="ja-JP"/>
              </w:rPr>
            </w:pPr>
            <w:r>
              <w:rPr>
                <w:rFonts w:hint="eastAsia"/>
                <w:noProof/>
                <w:lang w:eastAsia="ja-JP"/>
              </w:rPr>
              <w:t>自己負担額×</w:t>
            </w:r>
            <w:r>
              <w:rPr>
                <w:rFonts w:hint="eastAsia"/>
                <w:noProof/>
                <w:lang w:eastAsia="ja-JP"/>
              </w:rPr>
              <w:t>0.8</w:t>
            </w:r>
          </w:p>
        </w:tc>
      </w:tr>
      <w:tr w:rsidR="00BE16F5" w14:paraId="3A01A3B1" w14:textId="77777777" w:rsidTr="00014DE1">
        <w:trPr>
          <w:jc w:val="center"/>
        </w:trPr>
        <w:tc>
          <w:tcPr>
            <w:tcW w:w="656" w:type="dxa"/>
          </w:tcPr>
          <w:p w14:paraId="4F9053B9" w14:textId="3346349E" w:rsidR="00BE16F5" w:rsidRDefault="00BE16F5" w:rsidP="00014DE1">
            <w:pPr>
              <w:spacing w:line="360" w:lineRule="auto"/>
              <w:rPr>
                <w:noProof/>
                <w:lang w:eastAsia="ja-JP"/>
              </w:rPr>
            </w:pPr>
            <w:r>
              <w:rPr>
                <w:rFonts w:hint="eastAsia"/>
                <w:noProof/>
                <w:lang w:eastAsia="ja-JP"/>
              </w:rPr>
              <w:t>１</w:t>
            </w:r>
          </w:p>
        </w:tc>
        <w:tc>
          <w:tcPr>
            <w:tcW w:w="1891" w:type="dxa"/>
          </w:tcPr>
          <w:p w14:paraId="055F7DC6" w14:textId="7356448A" w:rsidR="00BE16F5" w:rsidRDefault="00BE16F5" w:rsidP="00014DE1">
            <w:pPr>
              <w:spacing w:line="360" w:lineRule="auto"/>
              <w:rPr>
                <w:noProof/>
                <w:lang w:eastAsia="ja-JP"/>
              </w:rPr>
            </w:pPr>
            <w:r>
              <w:rPr>
                <w:rFonts w:hint="eastAsia"/>
                <w:noProof/>
                <w:lang w:eastAsia="ja-JP"/>
              </w:rPr>
              <w:t xml:space="preserve">　　年　月　日</w:t>
            </w:r>
          </w:p>
        </w:tc>
        <w:tc>
          <w:tcPr>
            <w:tcW w:w="4111" w:type="dxa"/>
          </w:tcPr>
          <w:p w14:paraId="3B68D3CC" w14:textId="7E30AE53"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5E758DE9" w14:textId="62D80220" w:rsidR="00BE16F5" w:rsidRPr="00BE16F5" w:rsidRDefault="00BE16F5" w:rsidP="00014DE1">
            <w:pPr>
              <w:spacing w:line="360" w:lineRule="auto"/>
              <w:rPr>
                <w:noProof/>
                <w:lang w:eastAsia="ja-JP"/>
              </w:rPr>
            </w:pPr>
            <w:r>
              <w:rPr>
                <w:rFonts w:hint="eastAsia"/>
                <w:noProof/>
                <w:lang w:eastAsia="ja-JP"/>
              </w:rPr>
              <w:t xml:space="preserve">　　　　　円</w:t>
            </w:r>
          </w:p>
        </w:tc>
        <w:tc>
          <w:tcPr>
            <w:tcW w:w="1843" w:type="dxa"/>
          </w:tcPr>
          <w:p w14:paraId="5ED20473" w14:textId="2E1B64F6" w:rsidR="00BE16F5" w:rsidRDefault="00BE16F5" w:rsidP="00014DE1">
            <w:pPr>
              <w:spacing w:line="360" w:lineRule="auto"/>
              <w:rPr>
                <w:noProof/>
                <w:lang w:eastAsia="ja-JP"/>
              </w:rPr>
            </w:pPr>
            <w:r>
              <w:rPr>
                <w:rFonts w:hint="eastAsia"/>
                <w:noProof/>
                <w:lang w:eastAsia="ja-JP"/>
              </w:rPr>
              <w:t xml:space="preserve">　　　　　　円</w:t>
            </w:r>
          </w:p>
        </w:tc>
      </w:tr>
      <w:tr w:rsidR="00BE16F5" w14:paraId="50615EB4" w14:textId="77777777" w:rsidTr="00014DE1">
        <w:trPr>
          <w:jc w:val="center"/>
        </w:trPr>
        <w:tc>
          <w:tcPr>
            <w:tcW w:w="656" w:type="dxa"/>
          </w:tcPr>
          <w:p w14:paraId="735297B7" w14:textId="6BF27076" w:rsidR="00BE16F5" w:rsidRDefault="00BE16F5" w:rsidP="00014DE1">
            <w:pPr>
              <w:spacing w:line="360" w:lineRule="auto"/>
              <w:rPr>
                <w:noProof/>
                <w:lang w:eastAsia="ja-JP"/>
              </w:rPr>
            </w:pPr>
            <w:r>
              <w:rPr>
                <w:rFonts w:hint="eastAsia"/>
                <w:noProof/>
                <w:lang w:eastAsia="ja-JP"/>
              </w:rPr>
              <w:t>２</w:t>
            </w:r>
          </w:p>
        </w:tc>
        <w:tc>
          <w:tcPr>
            <w:tcW w:w="1891" w:type="dxa"/>
          </w:tcPr>
          <w:p w14:paraId="6BF19710" w14:textId="6EE8C821"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2E3D31E1" w14:textId="38F52E23"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6F5BDEF8" w14:textId="13D67BCA"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3285C19C" w14:textId="6BFCF88C" w:rsidR="00BE16F5" w:rsidRDefault="00BE16F5" w:rsidP="00014DE1">
            <w:pPr>
              <w:spacing w:line="360" w:lineRule="auto"/>
              <w:rPr>
                <w:noProof/>
                <w:lang w:eastAsia="ja-JP"/>
              </w:rPr>
            </w:pPr>
            <w:r>
              <w:rPr>
                <w:rFonts w:hint="eastAsia"/>
                <w:noProof/>
                <w:lang w:eastAsia="ja-JP"/>
              </w:rPr>
              <w:t xml:space="preserve">　　　　　　円</w:t>
            </w:r>
          </w:p>
        </w:tc>
      </w:tr>
      <w:tr w:rsidR="00BE16F5" w14:paraId="1F48F2BD" w14:textId="77777777" w:rsidTr="00014DE1">
        <w:trPr>
          <w:jc w:val="center"/>
        </w:trPr>
        <w:tc>
          <w:tcPr>
            <w:tcW w:w="656" w:type="dxa"/>
          </w:tcPr>
          <w:p w14:paraId="2606E3C6" w14:textId="3B368D76" w:rsidR="00BE16F5" w:rsidRDefault="00BE16F5" w:rsidP="00014DE1">
            <w:pPr>
              <w:spacing w:line="360" w:lineRule="auto"/>
              <w:rPr>
                <w:noProof/>
                <w:lang w:eastAsia="ja-JP"/>
              </w:rPr>
            </w:pPr>
            <w:r>
              <w:rPr>
                <w:rFonts w:hint="eastAsia"/>
                <w:noProof/>
                <w:lang w:eastAsia="ja-JP"/>
              </w:rPr>
              <w:t>３</w:t>
            </w:r>
          </w:p>
        </w:tc>
        <w:tc>
          <w:tcPr>
            <w:tcW w:w="1891" w:type="dxa"/>
          </w:tcPr>
          <w:p w14:paraId="427B01D9" w14:textId="42933FE4"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0402AF3D" w14:textId="7C7F2A66"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60333912" w14:textId="358A9872"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28214461" w14:textId="21071DF7" w:rsidR="00BE16F5" w:rsidRDefault="00BE16F5" w:rsidP="00014DE1">
            <w:pPr>
              <w:spacing w:line="360" w:lineRule="auto"/>
              <w:rPr>
                <w:noProof/>
                <w:lang w:eastAsia="ja-JP"/>
              </w:rPr>
            </w:pPr>
            <w:r>
              <w:rPr>
                <w:rFonts w:hint="eastAsia"/>
                <w:noProof/>
                <w:lang w:eastAsia="ja-JP"/>
              </w:rPr>
              <w:t xml:space="preserve">　　　　　　円</w:t>
            </w:r>
          </w:p>
        </w:tc>
      </w:tr>
      <w:tr w:rsidR="00BE16F5" w14:paraId="5BCA7E49" w14:textId="77777777" w:rsidTr="00014DE1">
        <w:trPr>
          <w:jc w:val="center"/>
        </w:trPr>
        <w:tc>
          <w:tcPr>
            <w:tcW w:w="656" w:type="dxa"/>
          </w:tcPr>
          <w:p w14:paraId="13912ED3" w14:textId="313D7F34" w:rsidR="00BE16F5" w:rsidRDefault="00BE16F5" w:rsidP="00014DE1">
            <w:pPr>
              <w:spacing w:line="360" w:lineRule="auto"/>
              <w:rPr>
                <w:noProof/>
                <w:lang w:eastAsia="ja-JP"/>
              </w:rPr>
            </w:pPr>
            <w:r>
              <w:rPr>
                <w:rFonts w:hint="eastAsia"/>
                <w:noProof/>
                <w:lang w:eastAsia="ja-JP"/>
              </w:rPr>
              <w:t>４</w:t>
            </w:r>
          </w:p>
        </w:tc>
        <w:tc>
          <w:tcPr>
            <w:tcW w:w="1891" w:type="dxa"/>
          </w:tcPr>
          <w:p w14:paraId="4C950AA9" w14:textId="715CE384"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0CC6D29C" w14:textId="29154A53"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51112C10" w14:textId="30D11178"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1AD440E6" w14:textId="5F97EEBA" w:rsidR="00BE16F5" w:rsidRDefault="00BE16F5" w:rsidP="00014DE1">
            <w:pPr>
              <w:spacing w:line="360" w:lineRule="auto"/>
              <w:rPr>
                <w:noProof/>
                <w:lang w:eastAsia="ja-JP"/>
              </w:rPr>
            </w:pPr>
            <w:r>
              <w:rPr>
                <w:rFonts w:hint="eastAsia"/>
                <w:noProof/>
                <w:lang w:eastAsia="ja-JP"/>
              </w:rPr>
              <w:t xml:space="preserve">　　　　　　円</w:t>
            </w:r>
          </w:p>
        </w:tc>
      </w:tr>
      <w:tr w:rsidR="00BE16F5" w14:paraId="62FBE027" w14:textId="77777777" w:rsidTr="00014DE1">
        <w:trPr>
          <w:jc w:val="center"/>
        </w:trPr>
        <w:tc>
          <w:tcPr>
            <w:tcW w:w="656" w:type="dxa"/>
          </w:tcPr>
          <w:p w14:paraId="6D645EFC" w14:textId="4B47A5A0" w:rsidR="00BE16F5" w:rsidRDefault="00BE16F5" w:rsidP="00014DE1">
            <w:pPr>
              <w:spacing w:line="360" w:lineRule="auto"/>
              <w:rPr>
                <w:noProof/>
                <w:lang w:eastAsia="ja-JP"/>
              </w:rPr>
            </w:pPr>
            <w:r>
              <w:rPr>
                <w:rFonts w:hint="eastAsia"/>
                <w:noProof/>
                <w:lang w:eastAsia="ja-JP"/>
              </w:rPr>
              <w:t>５</w:t>
            </w:r>
          </w:p>
        </w:tc>
        <w:tc>
          <w:tcPr>
            <w:tcW w:w="1891" w:type="dxa"/>
          </w:tcPr>
          <w:p w14:paraId="025BA258" w14:textId="43BE0F79"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106FCC0F" w14:textId="47408133"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4E1E3510" w14:textId="10A95214"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77E68EA9" w14:textId="4ABE86DB" w:rsidR="00BE16F5" w:rsidRDefault="00BE16F5" w:rsidP="00014DE1">
            <w:pPr>
              <w:spacing w:line="360" w:lineRule="auto"/>
              <w:rPr>
                <w:noProof/>
                <w:lang w:eastAsia="ja-JP"/>
              </w:rPr>
            </w:pPr>
            <w:r>
              <w:rPr>
                <w:rFonts w:hint="eastAsia"/>
                <w:noProof/>
                <w:lang w:eastAsia="ja-JP"/>
              </w:rPr>
              <w:t xml:space="preserve">　　　　　　円</w:t>
            </w:r>
          </w:p>
        </w:tc>
      </w:tr>
      <w:tr w:rsidR="00BE16F5" w14:paraId="00E5D7A3" w14:textId="77777777" w:rsidTr="00014DE1">
        <w:trPr>
          <w:jc w:val="center"/>
        </w:trPr>
        <w:tc>
          <w:tcPr>
            <w:tcW w:w="656" w:type="dxa"/>
          </w:tcPr>
          <w:p w14:paraId="21A6E031" w14:textId="3718E072" w:rsidR="00BE16F5" w:rsidRDefault="00BE16F5" w:rsidP="00014DE1">
            <w:pPr>
              <w:spacing w:line="360" w:lineRule="auto"/>
              <w:rPr>
                <w:noProof/>
                <w:lang w:eastAsia="ja-JP"/>
              </w:rPr>
            </w:pPr>
            <w:r>
              <w:rPr>
                <w:rFonts w:hint="eastAsia"/>
                <w:noProof/>
                <w:lang w:eastAsia="ja-JP"/>
              </w:rPr>
              <w:t>６</w:t>
            </w:r>
          </w:p>
        </w:tc>
        <w:tc>
          <w:tcPr>
            <w:tcW w:w="1891" w:type="dxa"/>
          </w:tcPr>
          <w:p w14:paraId="73D3349F" w14:textId="3E9CD512"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0896ACA7" w14:textId="0A48653D"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62BCE351" w14:textId="16609B4C"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03697CD0" w14:textId="133266B0" w:rsidR="00BE16F5" w:rsidRDefault="00BE16F5" w:rsidP="00014DE1">
            <w:pPr>
              <w:spacing w:line="360" w:lineRule="auto"/>
              <w:rPr>
                <w:noProof/>
                <w:lang w:eastAsia="ja-JP"/>
              </w:rPr>
            </w:pPr>
            <w:r>
              <w:rPr>
                <w:rFonts w:hint="eastAsia"/>
                <w:noProof/>
                <w:lang w:eastAsia="ja-JP"/>
              </w:rPr>
              <w:t xml:space="preserve">　　　　　　円</w:t>
            </w:r>
          </w:p>
        </w:tc>
      </w:tr>
      <w:tr w:rsidR="00BE16F5" w14:paraId="10D8004B" w14:textId="77777777" w:rsidTr="00014DE1">
        <w:trPr>
          <w:jc w:val="center"/>
        </w:trPr>
        <w:tc>
          <w:tcPr>
            <w:tcW w:w="656" w:type="dxa"/>
          </w:tcPr>
          <w:p w14:paraId="2F1BBE47" w14:textId="44800C10" w:rsidR="00BE16F5" w:rsidRDefault="00BE16F5" w:rsidP="00014DE1">
            <w:pPr>
              <w:spacing w:line="360" w:lineRule="auto"/>
              <w:rPr>
                <w:noProof/>
                <w:lang w:eastAsia="ja-JP"/>
              </w:rPr>
            </w:pPr>
            <w:r>
              <w:rPr>
                <w:rFonts w:hint="eastAsia"/>
                <w:noProof/>
                <w:lang w:eastAsia="ja-JP"/>
              </w:rPr>
              <w:t>７</w:t>
            </w:r>
          </w:p>
        </w:tc>
        <w:tc>
          <w:tcPr>
            <w:tcW w:w="1891" w:type="dxa"/>
          </w:tcPr>
          <w:p w14:paraId="0C8E31CE" w14:textId="19F38AAD"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4619580B" w14:textId="0F9A2AA2"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00D98F7B" w14:textId="28624146"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356222A6" w14:textId="5C6EEBA7" w:rsidR="00BE16F5" w:rsidRDefault="00BE16F5" w:rsidP="00014DE1">
            <w:pPr>
              <w:spacing w:line="360" w:lineRule="auto"/>
              <w:rPr>
                <w:noProof/>
                <w:lang w:eastAsia="ja-JP"/>
              </w:rPr>
            </w:pPr>
            <w:r>
              <w:rPr>
                <w:rFonts w:hint="eastAsia"/>
                <w:noProof/>
                <w:lang w:eastAsia="ja-JP"/>
              </w:rPr>
              <w:t xml:space="preserve">　　　　　　円</w:t>
            </w:r>
          </w:p>
        </w:tc>
      </w:tr>
      <w:tr w:rsidR="00BE16F5" w14:paraId="798D6697" w14:textId="77777777" w:rsidTr="00014DE1">
        <w:trPr>
          <w:jc w:val="center"/>
        </w:trPr>
        <w:tc>
          <w:tcPr>
            <w:tcW w:w="656" w:type="dxa"/>
          </w:tcPr>
          <w:p w14:paraId="292A10F3" w14:textId="4B3421CF" w:rsidR="00BE16F5" w:rsidRDefault="00BE16F5" w:rsidP="00014DE1">
            <w:pPr>
              <w:spacing w:line="360" w:lineRule="auto"/>
              <w:rPr>
                <w:noProof/>
                <w:lang w:eastAsia="ja-JP"/>
              </w:rPr>
            </w:pPr>
            <w:r>
              <w:rPr>
                <w:rFonts w:hint="eastAsia"/>
                <w:noProof/>
                <w:lang w:eastAsia="ja-JP"/>
              </w:rPr>
              <w:t>８</w:t>
            </w:r>
          </w:p>
        </w:tc>
        <w:tc>
          <w:tcPr>
            <w:tcW w:w="1891" w:type="dxa"/>
          </w:tcPr>
          <w:p w14:paraId="498FEEEC" w14:textId="565F82CF"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31CDBDFC" w14:textId="26533B9D"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7F60F258" w14:textId="6222B69F"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453E13E1" w14:textId="68C4E1A1" w:rsidR="00BE16F5" w:rsidRDefault="00BE16F5" w:rsidP="00014DE1">
            <w:pPr>
              <w:spacing w:line="360" w:lineRule="auto"/>
              <w:rPr>
                <w:noProof/>
                <w:lang w:eastAsia="ja-JP"/>
              </w:rPr>
            </w:pPr>
            <w:r>
              <w:rPr>
                <w:rFonts w:hint="eastAsia"/>
                <w:noProof/>
                <w:lang w:eastAsia="ja-JP"/>
              </w:rPr>
              <w:t xml:space="preserve">　　　　　　円</w:t>
            </w:r>
          </w:p>
        </w:tc>
      </w:tr>
      <w:tr w:rsidR="00BE16F5" w14:paraId="3B50783D" w14:textId="77777777" w:rsidTr="00014DE1">
        <w:trPr>
          <w:jc w:val="center"/>
        </w:trPr>
        <w:tc>
          <w:tcPr>
            <w:tcW w:w="656" w:type="dxa"/>
          </w:tcPr>
          <w:p w14:paraId="171FEB89" w14:textId="6A441214" w:rsidR="00BE16F5" w:rsidRDefault="00BE16F5" w:rsidP="00014DE1">
            <w:pPr>
              <w:spacing w:line="360" w:lineRule="auto"/>
              <w:rPr>
                <w:noProof/>
                <w:lang w:eastAsia="ja-JP"/>
              </w:rPr>
            </w:pPr>
            <w:r>
              <w:rPr>
                <w:rFonts w:hint="eastAsia"/>
                <w:noProof/>
                <w:lang w:eastAsia="ja-JP"/>
              </w:rPr>
              <w:t>９</w:t>
            </w:r>
          </w:p>
        </w:tc>
        <w:tc>
          <w:tcPr>
            <w:tcW w:w="1891" w:type="dxa"/>
          </w:tcPr>
          <w:p w14:paraId="40A5B67A" w14:textId="4DD8F445"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30563778" w14:textId="01DE6B5A"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2A9A36C0" w14:textId="4CC908BB"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79332CF4" w14:textId="5760BEC7" w:rsidR="00BE16F5" w:rsidRDefault="00BE16F5" w:rsidP="00014DE1">
            <w:pPr>
              <w:spacing w:line="360" w:lineRule="auto"/>
              <w:rPr>
                <w:noProof/>
                <w:lang w:eastAsia="ja-JP"/>
              </w:rPr>
            </w:pPr>
            <w:r>
              <w:rPr>
                <w:rFonts w:hint="eastAsia"/>
                <w:noProof/>
                <w:lang w:eastAsia="ja-JP"/>
              </w:rPr>
              <w:t xml:space="preserve">　　　　　　円</w:t>
            </w:r>
          </w:p>
        </w:tc>
      </w:tr>
      <w:tr w:rsidR="00BE16F5" w14:paraId="7E0DDEDC" w14:textId="77777777" w:rsidTr="00014DE1">
        <w:trPr>
          <w:jc w:val="center"/>
        </w:trPr>
        <w:tc>
          <w:tcPr>
            <w:tcW w:w="656" w:type="dxa"/>
          </w:tcPr>
          <w:p w14:paraId="762AEA02" w14:textId="50094A14" w:rsidR="00BE16F5" w:rsidRDefault="00BE16F5" w:rsidP="00014DE1">
            <w:pPr>
              <w:spacing w:line="360" w:lineRule="auto"/>
              <w:rPr>
                <w:noProof/>
                <w:lang w:eastAsia="ja-JP"/>
              </w:rPr>
            </w:pPr>
            <w:r>
              <w:rPr>
                <w:rFonts w:hint="eastAsia"/>
                <w:noProof/>
                <w:lang w:eastAsia="ja-JP"/>
              </w:rPr>
              <w:t>１０</w:t>
            </w:r>
          </w:p>
        </w:tc>
        <w:tc>
          <w:tcPr>
            <w:tcW w:w="1891" w:type="dxa"/>
          </w:tcPr>
          <w:p w14:paraId="19218FB5" w14:textId="3E9BB2E6"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3792DA89" w14:textId="3583AA1E"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1DFAD892" w14:textId="172201DD"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3B5319B4" w14:textId="0EAE4146" w:rsidR="00BE16F5" w:rsidRDefault="00BE16F5" w:rsidP="00014DE1">
            <w:pPr>
              <w:spacing w:line="360" w:lineRule="auto"/>
              <w:rPr>
                <w:noProof/>
                <w:lang w:eastAsia="ja-JP"/>
              </w:rPr>
            </w:pPr>
            <w:r>
              <w:rPr>
                <w:rFonts w:hint="eastAsia"/>
                <w:noProof/>
                <w:lang w:eastAsia="ja-JP"/>
              </w:rPr>
              <w:t xml:space="preserve">　　　　　　円</w:t>
            </w:r>
          </w:p>
        </w:tc>
      </w:tr>
      <w:tr w:rsidR="00BE16F5" w14:paraId="6350FA45" w14:textId="77777777" w:rsidTr="00014DE1">
        <w:trPr>
          <w:jc w:val="center"/>
        </w:trPr>
        <w:tc>
          <w:tcPr>
            <w:tcW w:w="656" w:type="dxa"/>
          </w:tcPr>
          <w:p w14:paraId="72B889B0" w14:textId="35A76324" w:rsidR="00BE16F5" w:rsidRDefault="00BE16F5" w:rsidP="00014DE1">
            <w:pPr>
              <w:spacing w:line="360" w:lineRule="auto"/>
              <w:rPr>
                <w:noProof/>
                <w:lang w:eastAsia="ja-JP"/>
              </w:rPr>
            </w:pPr>
            <w:r>
              <w:rPr>
                <w:rFonts w:hint="eastAsia"/>
                <w:noProof/>
                <w:lang w:eastAsia="ja-JP"/>
              </w:rPr>
              <w:t>１１</w:t>
            </w:r>
          </w:p>
        </w:tc>
        <w:tc>
          <w:tcPr>
            <w:tcW w:w="1891" w:type="dxa"/>
          </w:tcPr>
          <w:p w14:paraId="752BA145" w14:textId="6760415D"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25D6BDF1" w14:textId="4E0AC091"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00BEC482" w14:textId="0D8A65FA"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3185566A" w14:textId="1176DF7F" w:rsidR="00BE16F5" w:rsidRDefault="00BE16F5" w:rsidP="00014DE1">
            <w:pPr>
              <w:spacing w:line="360" w:lineRule="auto"/>
              <w:rPr>
                <w:noProof/>
                <w:lang w:eastAsia="ja-JP"/>
              </w:rPr>
            </w:pPr>
            <w:r>
              <w:rPr>
                <w:rFonts w:hint="eastAsia"/>
                <w:noProof/>
                <w:lang w:eastAsia="ja-JP"/>
              </w:rPr>
              <w:t xml:space="preserve">　　　　　　円</w:t>
            </w:r>
          </w:p>
        </w:tc>
      </w:tr>
      <w:tr w:rsidR="00BE16F5" w14:paraId="17ED949C" w14:textId="77777777" w:rsidTr="00014DE1">
        <w:trPr>
          <w:jc w:val="center"/>
        </w:trPr>
        <w:tc>
          <w:tcPr>
            <w:tcW w:w="656" w:type="dxa"/>
          </w:tcPr>
          <w:p w14:paraId="567AD57A" w14:textId="606B8E42" w:rsidR="00BE16F5" w:rsidRDefault="00BE16F5" w:rsidP="00014DE1">
            <w:pPr>
              <w:spacing w:line="360" w:lineRule="auto"/>
              <w:rPr>
                <w:noProof/>
                <w:lang w:eastAsia="ja-JP"/>
              </w:rPr>
            </w:pPr>
            <w:r>
              <w:rPr>
                <w:rFonts w:hint="eastAsia"/>
                <w:noProof/>
                <w:lang w:eastAsia="ja-JP"/>
              </w:rPr>
              <w:t>１２</w:t>
            </w:r>
          </w:p>
        </w:tc>
        <w:tc>
          <w:tcPr>
            <w:tcW w:w="1891" w:type="dxa"/>
          </w:tcPr>
          <w:p w14:paraId="349E25A3" w14:textId="2C871D46"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3216A40D" w14:textId="1868BD0B"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048EF510" w14:textId="0529016D"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7B5C1DBB" w14:textId="11286F71" w:rsidR="00BE16F5" w:rsidRDefault="00BE16F5" w:rsidP="00014DE1">
            <w:pPr>
              <w:spacing w:line="360" w:lineRule="auto"/>
              <w:rPr>
                <w:noProof/>
                <w:lang w:eastAsia="ja-JP"/>
              </w:rPr>
            </w:pPr>
            <w:r>
              <w:rPr>
                <w:rFonts w:hint="eastAsia"/>
                <w:noProof/>
                <w:lang w:eastAsia="ja-JP"/>
              </w:rPr>
              <w:t xml:space="preserve">　　　　　　円</w:t>
            </w:r>
          </w:p>
        </w:tc>
      </w:tr>
      <w:tr w:rsidR="00BE16F5" w14:paraId="4EB587B3" w14:textId="77777777" w:rsidTr="00014DE1">
        <w:trPr>
          <w:jc w:val="center"/>
        </w:trPr>
        <w:tc>
          <w:tcPr>
            <w:tcW w:w="656" w:type="dxa"/>
          </w:tcPr>
          <w:p w14:paraId="18C103CC" w14:textId="2C18DFCA" w:rsidR="00BE16F5" w:rsidRDefault="00BE16F5" w:rsidP="00014DE1">
            <w:pPr>
              <w:spacing w:line="360" w:lineRule="auto"/>
              <w:rPr>
                <w:noProof/>
                <w:lang w:eastAsia="ja-JP"/>
              </w:rPr>
            </w:pPr>
            <w:r>
              <w:rPr>
                <w:rFonts w:hint="eastAsia"/>
                <w:noProof/>
                <w:lang w:eastAsia="ja-JP"/>
              </w:rPr>
              <w:t>１３</w:t>
            </w:r>
          </w:p>
        </w:tc>
        <w:tc>
          <w:tcPr>
            <w:tcW w:w="1891" w:type="dxa"/>
          </w:tcPr>
          <w:p w14:paraId="106AD9F3" w14:textId="415C9B5D"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6E37F85F" w14:textId="030DC37F"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5F9AA948" w14:textId="42119203"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4B5D2086" w14:textId="371B63BF" w:rsidR="00BE16F5" w:rsidRDefault="00BE16F5" w:rsidP="00014DE1">
            <w:pPr>
              <w:spacing w:line="360" w:lineRule="auto"/>
              <w:rPr>
                <w:noProof/>
                <w:lang w:eastAsia="ja-JP"/>
              </w:rPr>
            </w:pPr>
            <w:r>
              <w:rPr>
                <w:rFonts w:hint="eastAsia"/>
                <w:noProof/>
                <w:lang w:eastAsia="ja-JP"/>
              </w:rPr>
              <w:t xml:space="preserve">　　　　　　円</w:t>
            </w:r>
          </w:p>
        </w:tc>
      </w:tr>
      <w:tr w:rsidR="00BE16F5" w14:paraId="2612B52E" w14:textId="77777777" w:rsidTr="00014DE1">
        <w:trPr>
          <w:jc w:val="center"/>
        </w:trPr>
        <w:tc>
          <w:tcPr>
            <w:tcW w:w="656" w:type="dxa"/>
          </w:tcPr>
          <w:p w14:paraId="138804E6" w14:textId="0951A4DC" w:rsidR="00BE16F5" w:rsidRDefault="00BE16F5" w:rsidP="00014DE1">
            <w:pPr>
              <w:spacing w:line="360" w:lineRule="auto"/>
              <w:rPr>
                <w:noProof/>
                <w:lang w:eastAsia="ja-JP"/>
              </w:rPr>
            </w:pPr>
            <w:r>
              <w:rPr>
                <w:rFonts w:hint="eastAsia"/>
                <w:noProof/>
                <w:lang w:eastAsia="ja-JP"/>
              </w:rPr>
              <w:t>１４</w:t>
            </w:r>
          </w:p>
        </w:tc>
        <w:tc>
          <w:tcPr>
            <w:tcW w:w="1891" w:type="dxa"/>
          </w:tcPr>
          <w:p w14:paraId="2523C1C2" w14:textId="3FBB67C0" w:rsidR="00BE16F5" w:rsidRDefault="00BE16F5" w:rsidP="00014DE1">
            <w:pPr>
              <w:spacing w:line="360" w:lineRule="auto"/>
              <w:ind w:firstLineChars="200" w:firstLine="440"/>
              <w:rPr>
                <w:noProof/>
                <w:lang w:eastAsia="ja-JP"/>
              </w:rPr>
            </w:pPr>
            <w:r>
              <w:rPr>
                <w:rFonts w:hint="eastAsia"/>
                <w:noProof/>
                <w:lang w:eastAsia="ja-JP"/>
              </w:rPr>
              <w:t>年　月　日</w:t>
            </w:r>
          </w:p>
        </w:tc>
        <w:tc>
          <w:tcPr>
            <w:tcW w:w="4111" w:type="dxa"/>
          </w:tcPr>
          <w:p w14:paraId="67CD003F" w14:textId="30CE5B06" w:rsidR="00BE16F5" w:rsidRDefault="00BE16F5" w:rsidP="00014DE1">
            <w:pPr>
              <w:spacing w:line="360" w:lineRule="auto"/>
              <w:rPr>
                <w:noProof/>
                <w:lang w:eastAsia="ja-JP"/>
              </w:rPr>
            </w:pPr>
            <w:r>
              <w:rPr>
                <w:rFonts w:hint="eastAsia"/>
                <w:noProof/>
                <w:lang w:eastAsia="ja-JP"/>
              </w:rPr>
              <w:t>□電車　□バス　□その他（　　）</w:t>
            </w:r>
          </w:p>
        </w:tc>
        <w:tc>
          <w:tcPr>
            <w:tcW w:w="1559" w:type="dxa"/>
          </w:tcPr>
          <w:p w14:paraId="1ED89DB4" w14:textId="7786B757" w:rsidR="00BE16F5" w:rsidRDefault="00BE16F5" w:rsidP="00014DE1">
            <w:pPr>
              <w:spacing w:line="360" w:lineRule="auto"/>
              <w:rPr>
                <w:noProof/>
                <w:lang w:eastAsia="ja-JP"/>
              </w:rPr>
            </w:pPr>
            <w:r>
              <w:rPr>
                <w:rFonts w:hint="eastAsia"/>
                <w:noProof/>
                <w:lang w:eastAsia="ja-JP"/>
              </w:rPr>
              <w:t xml:space="preserve">　　　　　円</w:t>
            </w:r>
          </w:p>
        </w:tc>
        <w:tc>
          <w:tcPr>
            <w:tcW w:w="1843" w:type="dxa"/>
          </w:tcPr>
          <w:p w14:paraId="7726C9A5" w14:textId="06346D5C" w:rsidR="00BE16F5" w:rsidRDefault="00BE16F5" w:rsidP="00014DE1">
            <w:pPr>
              <w:spacing w:line="360" w:lineRule="auto"/>
              <w:rPr>
                <w:noProof/>
                <w:lang w:eastAsia="ja-JP"/>
              </w:rPr>
            </w:pPr>
            <w:r>
              <w:rPr>
                <w:rFonts w:hint="eastAsia"/>
                <w:noProof/>
                <w:lang w:eastAsia="ja-JP"/>
              </w:rPr>
              <w:t xml:space="preserve">　　　　　　円</w:t>
            </w:r>
          </w:p>
        </w:tc>
      </w:tr>
      <w:tr w:rsidR="00BE16F5" w14:paraId="5993496F" w14:textId="77777777" w:rsidTr="00014DE1">
        <w:trPr>
          <w:trHeight w:val="545"/>
          <w:jc w:val="center"/>
        </w:trPr>
        <w:tc>
          <w:tcPr>
            <w:tcW w:w="8217" w:type="dxa"/>
            <w:gridSpan w:val="4"/>
          </w:tcPr>
          <w:p w14:paraId="52F26B9F" w14:textId="5005A6DE" w:rsidR="00BE16F5" w:rsidRPr="00051A89" w:rsidRDefault="00F57507" w:rsidP="00051A89">
            <w:pPr>
              <w:jc w:val="right"/>
              <w:rPr>
                <w:b/>
                <w:bCs/>
                <w:noProof/>
                <w:sz w:val="24"/>
                <w:szCs w:val="24"/>
                <w:lang w:eastAsia="ja-JP"/>
              </w:rPr>
            </w:pPr>
            <w:r>
              <w:rPr>
                <w:rFonts w:hint="eastAsia"/>
                <w:b/>
                <w:bCs/>
                <w:noProof/>
                <w:sz w:val="24"/>
                <w:szCs w:val="24"/>
                <w:lang w:eastAsia="ja-JP"/>
              </w:rPr>
              <w:t>申請</w:t>
            </w:r>
            <w:r w:rsidR="00BE16F5" w:rsidRPr="00051A89">
              <w:rPr>
                <w:rFonts w:hint="eastAsia"/>
                <w:b/>
                <w:bCs/>
                <w:noProof/>
                <w:sz w:val="24"/>
                <w:szCs w:val="24"/>
                <w:lang w:eastAsia="ja-JP"/>
              </w:rPr>
              <w:t>額</w:t>
            </w:r>
            <w:r>
              <w:rPr>
                <w:rFonts w:hint="eastAsia"/>
                <w:b/>
                <w:bCs/>
                <w:noProof/>
                <w:sz w:val="24"/>
                <w:szCs w:val="24"/>
                <w:lang w:eastAsia="ja-JP"/>
              </w:rPr>
              <w:t>①</w:t>
            </w:r>
            <w:r w:rsidR="00BE16F5" w:rsidRPr="00051A89">
              <w:rPr>
                <w:rFonts w:hint="eastAsia"/>
                <w:b/>
                <w:bCs/>
                <w:noProof/>
                <w:sz w:val="24"/>
                <w:szCs w:val="24"/>
                <w:lang w:eastAsia="ja-JP"/>
              </w:rPr>
              <w:t xml:space="preserve">　計</w:t>
            </w:r>
          </w:p>
        </w:tc>
        <w:tc>
          <w:tcPr>
            <w:tcW w:w="1843" w:type="dxa"/>
          </w:tcPr>
          <w:p w14:paraId="39179A9D" w14:textId="4AD8CD8F" w:rsidR="00BE16F5" w:rsidRPr="00051A89" w:rsidRDefault="00BE16F5" w:rsidP="00051A89">
            <w:pPr>
              <w:jc w:val="right"/>
              <w:rPr>
                <w:b/>
                <w:bCs/>
                <w:noProof/>
                <w:sz w:val="24"/>
                <w:szCs w:val="24"/>
                <w:lang w:eastAsia="ja-JP"/>
              </w:rPr>
            </w:pPr>
            <w:r w:rsidRPr="00051A89">
              <w:rPr>
                <w:rFonts w:hint="eastAsia"/>
                <w:b/>
                <w:bCs/>
                <w:noProof/>
                <w:sz w:val="24"/>
                <w:szCs w:val="24"/>
                <w:lang w:eastAsia="ja-JP"/>
              </w:rPr>
              <w:t>円</w:t>
            </w:r>
          </w:p>
        </w:tc>
      </w:tr>
    </w:tbl>
    <w:p w14:paraId="5F3CB406" w14:textId="2C47AC95" w:rsidR="00051A89" w:rsidRDefault="00051A89" w:rsidP="00D976FD">
      <w:pPr>
        <w:rPr>
          <w:noProof/>
          <w:lang w:eastAsia="ja-JP"/>
        </w:rPr>
      </w:pPr>
    </w:p>
    <w:p w14:paraId="6A0711ED" w14:textId="5575F56C" w:rsidR="008E6748" w:rsidRDefault="00051A89" w:rsidP="00D976FD">
      <w:pPr>
        <w:rPr>
          <w:noProof/>
          <w:lang w:eastAsia="ja-JP"/>
        </w:rPr>
      </w:pPr>
      <w:r>
        <w:rPr>
          <w:noProof/>
          <w:lang w:eastAsia="ja-JP"/>
        </w:rPr>
        <w:br w:type="page"/>
      </w:r>
    </w:p>
    <w:p w14:paraId="407FC8A8" w14:textId="47BCA21B" w:rsidR="00BE16F5" w:rsidRDefault="00051A89" w:rsidP="00D976FD">
      <w:pPr>
        <w:rPr>
          <w:noProof/>
          <w:lang w:eastAsia="ja-JP"/>
        </w:rPr>
      </w:pPr>
      <w:r>
        <w:rPr>
          <w:rFonts w:hint="eastAsia"/>
          <w:noProof/>
          <w:lang w:eastAsia="ja-JP"/>
        </w:rPr>
        <w:lastRenderedPageBreak/>
        <w:t>３</w:t>
      </w:r>
      <w:r w:rsidR="00D976FD">
        <w:rPr>
          <w:rFonts w:hint="eastAsia"/>
          <w:noProof/>
          <w:lang w:eastAsia="ja-JP"/>
        </w:rPr>
        <w:t>－２．分娩時の交通費について</w:t>
      </w:r>
    </w:p>
    <w:tbl>
      <w:tblPr>
        <w:tblW w:w="917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2"/>
        <w:gridCol w:w="5288"/>
        <w:gridCol w:w="2126"/>
      </w:tblGrid>
      <w:tr w:rsidR="00051A89" w:rsidRPr="00020585" w14:paraId="17A174D7" w14:textId="77777777" w:rsidTr="0093719A">
        <w:trPr>
          <w:trHeight w:val="666"/>
        </w:trPr>
        <w:tc>
          <w:tcPr>
            <w:tcW w:w="1762" w:type="dxa"/>
            <w:vMerge w:val="restart"/>
            <w:tcBorders>
              <w:top w:val="single" w:sz="4" w:space="0" w:color="auto"/>
              <w:left w:val="single" w:sz="4" w:space="0" w:color="auto"/>
              <w:right w:val="single" w:sz="4" w:space="0" w:color="auto"/>
            </w:tcBorders>
            <w:vAlign w:val="center"/>
          </w:tcPr>
          <w:p w14:paraId="50082E45" w14:textId="77777777" w:rsidR="00051A89" w:rsidRPr="00020585" w:rsidRDefault="00051A89" w:rsidP="00051A89">
            <w:pPr>
              <w:jc w:val="distribute"/>
              <w:rPr>
                <w:sz w:val="21"/>
                <w:szCs w:val="21"/>
                <w:lang w:eastAsia="ja-JP"/>
              </w:rPr>
            </w:pPr>
            <w:r w:rsidRPr="00051A89">
              <w:rPr>
                <w:sz w:val="21"/>
                <w:szCs w:val="21"/>
                <w:lang w:eastAsia="ja-JP"/>
              </w:rPr>
              <w:t>交通費（往路）</w:t>
            </w:r>
          </w:p>
        </w:tc>
        <w:tc>
          <w:tcPr>
            <w:tcW w:w="7414" w:type="dxa"/>
            <w:gridSpan w:val="2"/>
            <w:tcBorders>
              <w:top w:val="single" w:sz="4" w:space="0" w:color="auto"/>
              <w:left w:val="single" w:sz="4" w:space="0" w:color="auto"/>
              <w:bottom w:val="single" w:sz="4" w:space="0" w:color="auto"/>
              <w:right w:val="single" w:sz="4" w:space="0" w:color="auto"/>
            </w:tcBorders>
            <w:vAlign w:val="center"/>
          </w:tcPr>
          <w:p w14:paraId="64E3DED0" w14:textId="4A3C46E9" w:rsidR="00051A89" w:rsidRPr="00020585" w:rsidRDefault="00051A89" w:rsidP="00051A89">
            <w:pPr>
              <w:rPr>
                <w:sz w:val="21"/>
                <w:szCs w:val="21"/>
              </w:rPr>
            </w:pPr>
            <w:r w:rsidRPr="00020585">
              <w:rPr>
                <w:sz w:val="21"/>
                <w:szCs w:val="21"/>
              </w:rPr>
              <w:t>□</w:t>
            </w:r>
            <w:r w:rsidR="00C76215">
              <w:rPr>
                <w:rFonts w:hint="eastAsia"/>
                <w:sz w:val="21"/>
                <w:szCs w:val="21"/>
                <w:lang w:eastAsia="ja-JP"/>
              </w:rPr>
              <w:t>電車</w:t>
            </w:r>
            <w:r w:rsidRPr="00020585">
              <w:rPr>
                <w:rFonts w:hint="eastAsia"/>
                <w:sz w:val="21"/>
                <w:szCs w:val="21"/>
              </w:rPr>
              <w:t xml:space="preserve">　</w:t>
            </w:r>
            <w:r>
              <w:rPr>
                <w:rFonts w:hint="eastAsia"/>
                <w:sz w:val="21"/>
                <w:szCs w:val="21"/>
              </w:rPr>
              <w:t xml:space="preserve">　　　</w:t>
            </w:r>
            <w:r>
              <w:rPr>
                <w:rFonts w:hint="eastAsia"/>
                <w:sz w:val="21"/>
                <w:szCs w:val="21"/>
                <w:lang w:eastAsia="ja-JP"/>
              </w:rPr>
              <w:t xml:space="preserve">利用日　　年　　月　　日　　</w:t>
            </w:r>
            <w:proofErr w:type="spellStart"/>
            <w:r w:rsidRPr="00020585">
              <w:rPr>
                <w:rFonts w:hint="eastAsia"/>
                <w:sz w:val="21"/>
                <w:szCs w:val="21"/>
              </w:rPr>
              <w:t>利用区間</w:t>
            </w:r>
            <w:proofErr w:type="spellEnd"/>
            <w:r w:rsidRPr="00020585">
              <w:rPr>
                <w:rFonts w:hint="eastAsia"/>
                <w:sz w:val="21"/>
                <w:szCs w:val="21"/>
              </w:rPr>
              <w:t xml:space="preserve">　　　　～</w:t>
            </w:r>
            <w:r w:rsidRPr="00020585">
              <w:rPr>
                <w:rFonts w:hint="eastAsia"/>
                <w:sz w:val="21"/>
                <w:szCs w:val="21"/>
              </w:rPr>
              <w:t xml:space="preserve"> </w:t>
            </w:r>
            <w:r w:rsidRPr="00020585">
              <w:rPr>
                <w:rFonts w:hint="eastAsia"/>
                <w:sz w:val="21"/>
                <w:szCs w:val="21"/>
              </w:rPr>
              <w:t xml:space="preserve">　</w:t>
            </w:r>
            <w:r w:rsidRPr="00020585">
              <w:rPr>
                <w:sz w:val="21"/>
                <w:szCs w:val="21"/>
              </w:rPr>
              <w:t xml:space="preserve">    </w:t>
            </w:r>
          </w:p>
          <w:p w14:paraId="14E7B1EC" w14:textId="37B5D792" w:rsidR="00051A89" w:rsidRPr="00020585" w:rsidRDefault="00051A89" w:rsidP="00051A89">
            <w:pPr>
              <w:ind w:firstLineChars="900" w:firstLine="1890"/>
              <w:rPr>
                <w:sz w:val="21"/>
                <w:szCs w:val="21"/>
              </w:rPr>
            </w:pPr>
            <w:proofErr w:type="spellStart"/>
            <w:r w:rsidRPr="00020585">
              <w:rPr>
                <w:sz w:val="21"/>
                <w:szCs w:val="21"/>
              </w:rPr>
              <w:t>利用料金</w:t>
            </w:r>
            <w:proofErr w:type="spellEnd"/>
            <w:r w:rsidRPr="00020585">
              <w:rPr>
                <w:sz w:val="21"/>
                <w:szCs w:val="21"/>
              </w:rPr>
              <w:t xml:space="preserve">　</w:t>
            </w:r>
            <w:r w:rsidRPr="00020585">
              <w:rPr>
                <w:rFonts w:hint="eastAsia"/>
                <w:sz w:val="21"/>
                <w:szCs w:val="21"/>
              </w:rPr>
              <w:t xml:space="preserve">  </w:t>
            </w:r>
            <w:r w:rsidRPr="00020585">
              <w:rPr>
                <w:rFonts w:hint="eastAsia"/>
                <w:sz w:val="21"/>
                <w:szCs w:val="21"/>
              </w:rPr>
              <w:t xml:space="preserve">　</w:t>
            </w:r>
            <w:r w:rsidRPr="00020585">
              <w:rPr>
                <w:sz w:val="21"/>
                <w:szCs w:val="21"/>
              </w:rPr>
              <w:t xml:space="preserve">     </w:t>
            </w:r>
            <w:r w:rsidRPr="00020585">
              <w:rPr>
                <w:sz w:val="21"/>
                <w:szCs w:val="21"/>
              </w:rPr>
              <w:t xml:space="preserve">　</w:t>
            </w:r>
            <w:r>
              <w:rPr>
                <w:rFonts w:hint="eastAsia"/>
                <w:sz w:val="21"/>
                <w:szCs w:val="21"/>
                <w:lang w:eastAsia="ja-JP"/>
              </w:rPr>
              <w:t xml:space="preserve">　　　　</w:t>
            </w:r>
            <w:r w:rsidRPr="00020585">
              <w:rPr>
                <w:rFonts w:hint="eastAsia"/>
                <w:sz w:val="21"/>
                <w:szCs w:val="21"/>
              </w:rPr>
              <w:t xml:space="preserve"> </w:t>
            </w:r>
            <w:r w:rsidRPr="00020585">
              <w:rPr>
                <w:sz w:val="21"/>
                <w:szCs w:val="21"/>
              </w:rPr>
              <w:t xml:space="preserve">    </w:t>
            </w:r>
            <w:r w:rsidRPr="00020585">
              <w:rPr>
                <w:sz w:val="21"/>
                <w:szCs w:val="21"/>
              </w:rPr>
              <w:t>円</w:t>
            </w:r>
            <w:r w:rsidRPr="00020585">
              <w:rPr>
                <w:sz w:val="21"/>
                <w:szCs w:val="21"/>
              </w:rPr>
              <w:t>×0.8</w:t>
            </w:r>
            <w:r w:rsidRPr="00020585">
              <w:rPr>
                <w:sz w:val="21"/>
                <w:szCs w:val="21"/>
              </w:rPr>
              <w:t xml:space="preserve">＝　</w:t>
            </w:r>
            <w:r w:rsidRPr="00020585">
              <w:rPr>
                <w:sz w:val="21"/>
                <w:szCs w:val="21"/>
              </w:rPr>
              <w:t xml:space="preserve">     </w:t>
            </w:r>
            <w:r w:rsidRPr="00020585">
              <w:rPr>
                <w:sz w:val="21"/>
                <w:szCs w:val="21"/>
              </w:rPr>
              <w:t xml:space="preserve">　　　</w:t>
            </w:r>
            <w:r>
              <w:rPr>
                <w:rFonts w:hint="eastAsia"/>
                <w:sz w:val="21"/>
                <w:szCs w:val="21"/>
                <w:lang w:eastAsia="ja-JP"/>
              </w:rPr>
              <w:t xml:space="preserve">　</w:t>
            </w:r>
            <w:r w:rsidRPr="00020585">
              <w:rPr>
                <w:sz w:val="21"/>
                <w:szCs w:val="21"/>
              </w:rPr>
              <w:t>円</w:t>
            </w:r>
          </w:p>
        </w:tc>
      </w:tr>
      <w:tr w:rsidR="00051A89" w:rsidRPr="00020585" w14:paraId="1B78045F" w14:textId="77777777" w:rsidTr="0093719A">
        <w:trPr>
          <w:trHeight w:val="666"/>
        </w:trPr>
        <w:tc>
          <w:tcPr>
            <w:tcW w:w="1762" w:type="dxa"/>
            <w:vMerge/>
            <w:tcBorders>
              <w:left w:val="single" w:sz="4" w:space="0" w:color="auto"/>
              <w:right w:val="single" w:sz="4" w:space="0" w:color="auto"/>
            </w:tcBorders>
            <w:vAlign w:val="center"/>
          </w:tcPr>
          <w:p w14:paraId="280C283C" w14:textId="77777777" w:rsidR="00051A89" w:rsidRPr="00020585" w:rsidRDefault="00051A89" w:rsidP="00051A89">
            <w:pPr>
              <w:jc w:val="distribute"/>
              <w:rPr>
                <w:sz w:val="21"/>
                <w:szCs w:val="21"/>
                <w:lang w:eastAsia="ja-JP"/>
              </w:rPr>
            </w:pPr>
          </w:p>
        </w:tc>
        <w:tc>
          <w:tcPr>
            <w:tcW w:w="7414" w:type="dxa"/>
            <w:gridSpan w:val="2"/>
            <w:tcBorders>
              <w:top w:val="single" w:sz="4" w:space="0" w:color="auto"/>
              <w:left w:val="single" w:sz="4" w:space="0" w:color="auto"/>
              <w:bottom w:val="single" w:sz="4" w:space="0" w:color="auto"/>
              <w:right w:val="single" w:sz="4" w:space="0" w:color="auto"/>
            </w:tcBorders>
            <w:vAlign w:val="center"/>
          </w:tcPr>
          <w:p w14:paraId="75704E40" w14:textId="5FB9C511" w:rsidR="00051A89" w:rsidRPr="00020585" w:rsidRDefault="00051A89" w:rsidP="00051A89">
            <w:pPr>
              <w:rPr>
                <w:sz w:val="21"/>
                <w:szCs w:val="21"/>
                <w:lang w:eastAsia="ja-JP"/>
              </w:rPr>
            </w:pPr>
            <w:r w:rsidRPr="00020585">
              <w:rPr>
                <w:rFonts w:hint="eastAsia"/>
                <w:sz w:val="21"/>
                <w:szCs w:val="21"/>
                <w:lang w:eastAsia="ja-JP"/>
              </w:rPr>
              <w:t xml:space="preserve">□バス　</w:t>
            </w:r>
            <w:r>
              <w:rPr>
                <w:rFonts w:hint="eastAsia"/>
                <w:sz w:val="21"/>
                <w:szCs w:val="21"/>
                <w:lang w:eastAsia="ja-JP"/>
              </w:rPr>
              <w:t xml:space="preserve">　　　利用日　　年　　月　　日　　</w:t>
            </w:r>
            <w:r w:rsidRPr="00020585">
              <w:rPr>
                <w:rFonts w:hint="eastAsia"/>
                <w:sz w:val="21"/>
                <w:szCs w:val="21"/>
                <w:lang w:eastAsia="ja-JP"/>
              </w:rPr>
              <w:t>利用区間　　　　～</w:t>
            </w:r>
          </w:p>
          <w:p w14:paraId="7076DFE3" w14:textId="3153F007" w:rsidR="00051A89" w:rsidRPr="00020585" w:rsidRDefault="00051A89" w:rsidP="00051A89">
            <w:pPr>
              <w:rPr>
                <w:sz w:val="21"/>
                <w:szCs w:val="21"/>
                <w:lang w:eastAsia="ja-JP"/>
              </w:rPr>
            </w:pPr>
            <w:r w:rsidRPr="00020585">
              <w:rPr>
                <w:rFonts w:hint="eastAsia"/>
                <w:sz w:val="21"/>
                <w:szCs w:val="21"/>
                <w:lang w:eastAsia="ja-JP"/>
              </w:rPr>
              <w:t xml:space="preserve">　　　　　　　　　利用料金　　　　　　　　　円×</w:t>
            </w:r>
            <w:r w:rsidRPr="00020585">
              <w:rPr>
                <w:rFonts w:hint="eastAsia"/>
                <w:sz w:val="21"/>
                <w:szCs w:val="21"/>
                <w:lang w:eastAsia="ja-JP"/>
              </w:rPr>
              <w:t>0.8</w:t>
            </w:r>
            <w:r w:rsidRPr="00020585">
              <w:rPr>
                <w:rFonts w:hint="eastAsia"/>
                <w:sz w:val="21"/>
                <w:szCs w:val="21"/>
                <w:lang w:eastAsia="ja-JP"/>
              </w:rPr>
              <w:t>＝　　　　　　　円</w:t>
            </w:r>
          </w:p>
        </w:tc>
      </w:tr>
      <w:tr w:rsidR="00051A89" w:rsidRPr="00020585" w14:paraId="589C9AE8" w14:textId="77777777" w:rsidTr="0093719A">
        <w:trPr>
          <w:trHeight w:val="666"/>
        </w:trPr>
        <w:tc>
          <w:tcPr>
            <w:tcW w:w="1762" w:type="dxa"/>
            <w:vMerge/>
            <w:tcBorders>
              <w:left w:val="single" w:sz="4" w:space="0" w:color="auto"/>
              <w:bottom w:val="single" w:sz="4" w:space="0" w:color="auto"/>
              <w:right w:val="single" w:sz="4" w:space="0" w:color="auto"/>
            </w:tcBorders>
            <w:vAlign w:val="center"/>
          </w:tcPr>
          <w:p w14:paraId="664C828E" w14:textId="77777777" w:rsidR="00051A89" w:rsidRPr="00020585" w:rsidRDefault="00051A89" w:rsidP="00051A89">
            <w:pPr>
              <w:jc w:val="distribute"/>
              <w:rPr>
                <w:sz w:val="21"/>
                <w:szCs w:val="21"/>
                <w:lang w:eastAsia="ja-JP"/>
              </w:rPr>
            </w:pPr>
          </w:p>
        </w:tc>
        <w:tc>
          <w:tcPr>
            <w:tcW w:w="7414" w:type="dxa"/>
            <w:gridSpan w:val="2"/>
            <w:tcBorders>
              <w:top w:val="single" w:sz="4" w:space="0" w:color="auto"/>
              <w:left w:val="single" w:sz="4" w:space="0" w:color="auto"/>
              <w:bottom w:val="single" w:sz="4" w:space="0" w:color="auto"/>
              <w:right w:val="single" w:sz="4" w:space="0" w:color="auto"/>
            </w:tcBorders>
            <w:vAlign w:val="center"/>
          </w:tcPr>
          <w:p w14:paraId="6C92E1D7" w14:textId="77777777" w:rsidR="00051A89" w:rsidRDefault="00051A89" w:rsidP="00051A89">
            <w:pPr>
              <w:rPr>
                <w:sz w:val="21"/>
                <w:szCs w:val="21"/>
                <w:lang w:eastAsia="ja-JP"/>
              </w:rPr>
            </w:pPr>
            <w:r w:rsidRPr="00020585">
              <w:rPr>
                <w:rFonts w:hint="eastAsia"/>
                <w:sz w:val="21"/>
                <w:szCs w:val="21"/>
                <w:lang w:eastAsia="ja-JP"/>
              </w:rPr>
              <w:t>□タクシー</w:t>
            </w:r>
            <w:r>
              <w:rPr>
                <w:rFonts w:hint="eastAsia"/>
                <w:sz w:val="21"/>
                <w:szCs w:val="21"/>
                <w:lang w:eastAsia="ja-JP"/>
              </w:rPr>
              <w:t xml:space="preserve">　　利用日　　年　　月　　日</w:t>
            </w:r>
          </w:p>
          <w:p w14:paraId="20397DD2" w14:textId="551D3EF3" w:rsidR="00051A89" w:rsidRPr="00020585" w:rsidRDefault="00051A89" w:rsidP="00051A89">
            <w:pPr>
              <w:ind w:firstLineChars="900" w:firstLine="1890"/>
              <w:rPr>
                <w:sz w:val="21"/>
                <w:szCs w:val="21"/>
                <w:lang w:eastAsia="ja-JP"/>
              </w:rPr>
            </w:pPr>
            <w:r>
              <w:rPr>
                <w:rFonts w:hint="eastAsia"/>
                <w:sz w:val="21"/>
                <w:szCs w:val="21"/>
                <w:lang w:eastAsia="ja-JP"/>
              </w:rPr>
              <w:t xml:space="preserve">利用料金　　　　</w:t>
            </w:r>
            <w:r w:rsidRPr="00020585">
              <w:rPr>
                <w:rFonts w:hint="eastAsia"/>
                <w:sz w:val="21"/>
                <w:szCs w:val="21"/>
                <w:lang w:eastAsia="ja-JP"/>
              </w:rPr>
              <w:t xml:space="preserve">　　　　　</w:t>
            </w:r>
            <w:r w:rsidRPr="00020585">
              <w:rPr>
                <w:rFonts w:hint="eastAsia"/>
                <w:sz w:val="21"/>
                <w:szCs w:val="21"/>
                <w:lang w:eastAsia="ja-JP"/>
              </w:rPr>
              <w:t xml:space="preserve"> </w:t>
            </w:r>
            <w:r w:rsidRPr="00020585">
              <w:rPr>
                <w:rFonts w:hint="eastAsia"/>
                <w:sz w:val="21"/>
                <w:szCs w:val="21"/>
                <w:lang w:eastAsia="ja-JP"/>
              </w:rPr>
              <w:t>円×</w:t>
            </w:r>
            <w:r w:rsidRPr="00020585">
              <w:rPr>
                <w:rFonts w:hint="eastAsia"/>
                <w:sz w:val="21"/>
                <w:szCs w:val="21"/>
                <w:lang w:eastAsia="ja-JP"/>
              </w:rPr>
              <w:t>0.8</w:t>
            </w:r>
            <w:r w:rsidRPr="00020585">
              <w:rPr>
                <w:rFonts w:hint="eastAsia"/>
                <w:sz w:val="21"/>
                <w:szCs w:val="21"/>
                <w:lang w:eastAsia="ja-JP"/>
              </w:rPr>
              <w:t>＝</w:t>
            </w:r>
            <w:r w:rsidRPr="00020585">
              <w:rPr>
                <w:rFonts w:hint="eastAsia"/>
                <w:sz w:val="21"/>
                <w:szCs w:val="21"/>
                <w:lang w:eastAsia="ja-JP"/>
              </w:rPr>
              <w:t xml:space="preserve"> </w:t>
            </w:r>
            <w:r w:rsidRPr="00020585">
              <w:rPr>
                <w:sz w:val="21"/>
                <w:szCs w:val="21"/>
                <w:lang w:eastAsia="ja-JP"/>
              </w:rPr>
              <w:t xml:space="preserve">      </w:t>
            </w:r>
            <w:r>
              <w:rPr>
                <w:rFonts w:hint="eastAsia"/>
                <w:sz w:val="21"/>
                <w:szCs w:val="21"/>
                <w:lang w:eastAsia="ja-JP"/>
              </w:rPr>
              <w:t xml:space="preserve">　　　　　</w:t>
            </w:r>
            <w:r w:rsidRPr="00020585">
              <w:rPr>
                <w:rFonts w:hint="eastAsia"/>
                <w:sz w:val="21"/>
                <w:szCs w:val="21"/>
                <w:lang w:eastAsia="ja-JP"/>
              </w:rPr>
              <w:t>円</w:t>
            </w:r>
          </w:p>
        </w:tc>
      </w:tr>
      <w:tr w:rsidR="00051A89" w:rsidRPr="00020585" w14:paraId="72099AF8" w14:textId="77777777" w:rsidTr="0093719A">
        <w:trPr>
          <w:trHeight w:val="666"/>
        </w:trPr>
        <w:tc>
          <w:tcPr>
            <w:tcW w:w="1762" w:type="dxa"/>
            <w:vMerge w:val="restart"/>
            <w:tcBorders>
              <w:top w:val="single" w:sz="4" w:space="0" w:color="auto"/>
              <w:left w:val="single" w:sz="4" w:space="0" w:color="auto"/>
              <w:right w:val="single" w:sz="4" w:space="0" w:color="auto"/>
            </w:tcBorders>
            <w:vAlign w:val="center"/>
          </w:tcPr>
          <w:p w14:paraId="0AEFAA46" w14:textId="77777777" w:rsidR="00051A89" w:rsidRPr="00020585" w:rsidRDefault="00051A89" w:rsidP="00051A89">
            <w:pPr>
              <w:jc w:val="distribute"/>
              <w:rPr>
                <w:sz w:val="21"/>
                <w:szCs w:val="21"/>
                <w:lang w:eastAsia="ja-JP"/>
              </w:rPr>
            </w:pPr>
            <w:r w:rsidRPr="00051A89">
              <w:rPr>
                <w:sz w:val="21"/>
                <w:szCs w:val="21"/>
                <w:lang w:eastAsia="ja-JP"/>
              </w:rPr>
              <w:t>交通費（復路）</w:t>
            </w:r>
          </w:p>
        </w:tc>
        <w:tc>
          <w:tcPr>
            <w:tcW w:w="7414" w:type="dxa"/>
            <w:gridSpan w:val="2"/>
            <w:tcBorders>
              <w:top w:val="single" w:sz="4" w:space="0" w:color="auto"/>
              <w:left w:val="single" w:sz="4" w:space="0" w:color="auto"/>
              <w:bottom w:val="single" w:sz="4" w:space="0" w:color="auto"/>
              <w:right w:val="single" w:sz="4" w:space="0" w:color="auto"/>
            </w:tcBorders>
            <w:vAlign w:val="center"/>
          </w:tcPr>
          <w:p w14:paraId="5A4B8375" w14:textId="060F9354" w:rsidR="00051A89" w:rsidRDefault="00051A89" w:rsidP="00051A89">
            <w:pPr>
              <w:rPr>
                <w:sz w:val="21"/>
                <w:szCs w:val="21"/>
              </w:rPr>
            </w:pPr>
            <w:r w:rsidRPr="00020585">
              <w:rPr>
                <w:sz w:val="21"/>
                <w:szCs w:val="21"/>
              </w:rPr>
              <w:t>□</w:t>
            </w:r>
            <w:r w:rsidR="00C76215">
              <w:rPr>
                <w:rFonts w:hint="eastAsia"/>
                <w:sz w:val="21"/>
                <w:szCs w:val="21"/>
                <w:lang w:eastAsia="ja-JP"/>
              </w:rPr>
              <w:t>電車</w:t>
            </w:r>
            <w:r>
              <w:rPr>
                <w:rFonts w:hint="eastAsia"/>
                <w:sz w:val="21"/>
                <w:szCs w:val="21"/>
              </w:rPr>
              <w:t xml:space="preserve">　　　　</w:t>
            </w:r>
            <w:r>
              <w:rPr>
                <w:rFonts w:hint="eastAsia"/>
                <w:sz w:val="21"/>
                <w:szCs w:val="21"/>
                <w:lang w:eastAsia="ja-JP"/>
              </w:rPr>
              <w:t xml:space="preserve">利用日　　年　　月　　日　　</w:t>
            </w:r>
            <w:proofErr w:type="spellStart"/>
            <w:r w:rsidRPr="00020585">
              <w:rPr>
                <w:rFonts w:hint="eastAsia"/>
                <w:sz w:val="21"/>
                <w:szCs w:val="21"/>
              </w:rPr>
              <w:t>利用区間</w:t>
            </w:r>
            <w:proofErr w:type="spellEnd"/>
            <w:r w:rsidRPr="00020585">
              <w:rPr>
                <w:rFonts w:hint="eastAsia"/>
                <w:sz w:val="21"/>
                <w:szCs w:val="21"/>
              </w:rPr>
              <w:t xml:space="preserve">　　　　～</w:t>
            </w:r>
            <w:r w:rsidRPr="00020585">
              <w:rPr>
                <w:rFonts w:hint="eastAsia"/>
                <w:sz w:val="21"/>
                <w:szCs w:val="21"/>
              </w:rPr>
              <w:t xml:space="preserve"> </w:t>
            </w:r>
            <w:r w:rsidRPr="00020585">
              <w:rPr>
                <w:rFonts w:hint="eastAsia"/>
                <w:sz w:val="21"/>
                <w:szCs w:val="21"/>
              </w:rPr>
              <w:t xml:space="preserve">　</w:t>
            </w:r>
            <w:r w:rsidRPr="00020585">
              <w:rPr>
                <w:sz w:val="21"/>
                <w:szCs w:val="21"/>
              </w:rPr>
              <w:t xml:space="preserve">   </w:t>
            </w:r>
          </w:p>
          <w:p w14:paraId="4172F40E" w14:textId="3FE24F4E" w:rsidR="00051A89" w:rsidRPr="00051A89" w:rsidRDefault="00051A89" w:rsidP="00051A89">
            <w:pPr>
              <w:ind w:firstLineChars="1000" w:firstLine="2100"/>
              <w:rPr>
                <w:sz w:val="21"/>
                <w:szCs w:val="21"/>
              </w:rPr>
            </w:pPr>
            <w:proofErr w:type="spellStart"/>
            <w:r w:rsidRPr="00020585">
              <w:rPr>
                <w:sz w:val="21"/>
                <w:szCs w:val="21"/>
              </w:rPr>
              <w:t>利用料金</w:t>
            </w:r>
            <w:proofErr w:type="spellEnd"/>
            <w:r w:rsidRPr="00020585">
              <w:rPr>
                <w:sz w:val="21"/>
                <w:szCs w:val="21"/>
              </w:rPr>
              <w:t xml:space="preserve">　</w:t>
            </w:r>
            <w:r w:rsidRPr="00020585">
              <w:rPr>
                <w:rFonts w:hint="eastAsia"/>
                <w:sz w:val="21"/>
                <w:szCs w:val="21"/>
              </w:rPr>
              <w:t xml:space="preserve"> </w:t>
            </w:r>
            <w:r w:rsidRPr="00020585">
              <w:rPr>
                <w:rFonts w:hint="eastAsia"/>
                <w:sz w:val="21"/>
                <w:szCs w:val="21"/>
              </w:rPr>
              <w:t xml:space="preserve">　</w:t>
            </w:r>
            <w:r w:rsidRPr="00020585">
              <w:rPr>
                <w:sz w:val="21"/>
                <w:szCs w:val="21"/>
              </w:rPr>
              <w:t xml:space="preserve"> </w:t>
            </w:r>
            <w:r>
              <w:rPr>
                <w:rFonts w:hint="eastAsia"/>
                <w:sz w:val="21"/>
                <w:szCs w:val="21"/>
                <w:lang w:eastAsia="ja-JP"/>
              </w:rPr>
              <w:t xml:space="preserve">　　　　</w:t>
            </w:r>
            <w:r w:rsidRPr="00020585">
              <w:rPr>
                <w:sz w:val="21"/>
                <w:szCs w:val="21"/>
              </w:rPr>
              <w:t xml:space="preserve">   </w:t>
            </w:r>
            <w:r w:rsidRPr="00020585">
              <w:rPr>
                <w:rFonts w:hint="eastAsia"/>
                <w:sz w:val="21"/>
                <w:szCs w:val="21"/>
              </w:rPr>
              <w:t xml:space="preserve">　</w:t>
            </w:r>
            <w:r w:rsidRPr="00020585">
              <w:rPr>
                <w:sz w:val="21"/>
                <w:szCs w:val="21"/>
              </w:rPr>
              <w:t xml:space="preserve">  </w:t>
            </w:r>
            <w:r w:rsidRPr="00020585">
              <w:rPr>
                <w:rFonts w:hint="eastAsia"/>
                <w:sz w:val="21"/>
                <w:szCs w:val="21"/>
              </w:rPr>
              <w:t xml:space="preserve"> </w:t>
            </w:r>
            <w:r w:rsidRPr="00020585">
              <w:rPr>
                <w:sz w:val="21"/>
                <w:szCs w:val="21"/>
              </w:rPr>
              <w:t xml:space="preserve">    </w:t>
            </w:r>
            <w:r w:rsidRPr="00020585">
              <w:rPr>
                <w:sz w:val="21"/>
                <w:szCs w:val="21"/>
              </w:rPr>
              <w:t>円</w:t>
            </w:r>
            <w:r w:rsidRPr="00020585">
              <w:rPr>
                <w:sz w:val="21"/>
                <w:szCs w:val="21"/>
              </w:rPr>
              <w:t>×0.8</w:t>
            </w:r>
            <w:r w:rsidRPr="00020585">
              <w:rPr>
                <w:sz w:val="21"/>
                <w:szCs w:val="21"/>
              </w:rPr>
              <w:t xml:space="preserve">＝　</w:t>
            </w:r>
            <w:r w:rsidRPr="00020585">
              <w:rPr>
                <w:sz w:val="21"/>
                <w:szCs w:val="21"/>
              </w:rPr>
              <w:t xml:space="preserve">     </w:t>
            </w:r>
            <w:r w:rsidRPr="00020585">
              <w:rPr>
                <w:sz w:val="21"/>
                <w:szCs w:val="21"/>
              </w:rPr>
              <w:t xml:space="preserve">　　</w:t>
            </w:r>
            <w:r w:rsidR="000D5284">
              <w:rPr>
                <w:rFonts w:hint="eastAsia"/>
                <w:sz w:val="21"/>
                <w:szCs w:val="21"/>
                <w:lang w:eastAsia="ja-JP"/>
              </w:rPr>
              <w:t xml:space="preserve">　</w:t>
            </w:r>
            <w:r w:rsidRPr="00020585">
              <w:rPr>
                <w:sz w:val="21"/>
                <w:szCs w:val="21"/>
              </w:rPr>
              <w:t>円</w:t>
            </w:r>
          </w:p>
        </w:tc>
      </w:tr>
      <w:tr w:rsidR="00051A89" w:rsidRPr="00020585" w14:paraId="07F22F10" w14:textId="77777777" w:rsidTr="0093719A">
        <w:trPr>
          <w:trHeight w:val="666"/>
        </w:trPr>
        <w:tc>
          <w:tcPr>
            <w:tcW w:w="1762" w:type="dxa"/>
            <w:vMerge/>
            <w:tcBorders>
              <w:left w:val="single" w:sz="4" w:space="0" w:color="auto"/>
              <w:right w:val="single" w:sz="4" w:space="0" w:color="auto"/>
            </w:tcBorders>
            <w:vAlign w:val="center"/>
          </w:tcPr>
          <w:p w14:paraId="758B0CC8" w14:textId="77777777" w:rsidR="00051A89" w:rsidRPr="00020585" w:rsidRDefault="00051A89" w:rsidP="00051A89">
            <w:pPr>
              <w:jc w:val="distribute"/>
              <w:rPr>
                <w:sz w:val="21"/>
                <w:szCs w:val="21"/>
                <w:lang w:eastAsia="ja-JP"/>
              </w:rPr>
            </w:pPr>
          </w:p>
        </w:tc>
        <w:tc>
          <w:tcPr>
            <w:tcW w:w="7414" w:type="dxa"/>
            <w:gridSpan w:val="2"/>
            <w:tcBorders>
              <w:top w:val="single" w:sz="4" w:space="0" w:color="auto"/>
              <w:left w:val="single" w:sz="4" w:space="0" w:color="auto"/>
              <w:bottom w:val="single" w:sz="4" w:space="0" w:color="auto"/>
              <w:right w:val="single" w:sz="4" w:space="0" w:color="auto"/>
            </w:tcBorders>
            <w:vAlign w:val="center"/>
          </w:tcPr>
          <w:p w14:paraId="72765C0D" w14:textId="7FC787C2" w:rsidR="00051A89" w:rsidRPr="00020585" w:rsidRDefault="00051A89" w:rsidP="00051A89">
            <w:pPr>
              <w:rPr>
                <w:sz w:val="21"/>
                <w:szCs w:val="21"/>
                <w:lang w:eastAsia="ja-JP"/>
              </w:rPr>
            </w:pPr>
            <w:r w:rsidRPr="00020585">
              <w:rPr>
                <w:rFonts w:hint="eastAsia"/>
                <w:sz w:val="21"/>
                <w:szCs w:val="21"/>
                <w:lang w:eastAsia="ja-JP"/>
              </w:rPr>
              <w:t xml:space="preserve">□バス　</w:t>
            </w:r>
            <w:r>
              <w:rPr>
                <w:rFonts w:hint="eastAsia"/>
                <w:sz w:val="21"/>
                <w:szCs w:val="21"/>
                <w:lang w:eastAsia="ja-JP"/>
              </w:rPr>
              <w:t xml:space="preserve">　　　利用日　　年　　月　　日　　</w:t>
            </w:r>
            <w:r w:rsidRPr="00020585">
              <w:rPr>
                <w:rFonts w:hint="eastAsia"/>
                <w:sz w:val="21"/>
                <w:szCs w:val="21"/>
                <w:lang w:eastAsia="ja-JP"/>
              </w:rPr>
              <w:t>利用区間　　　　～</w:t>
            </w:r>
          </w:p>
          <w:p w14:paraId="41B64141" w14:textId="437A302B" w:rsidR="00051A89" w:rsidRPr="00020585" w:rsidRDefault="00051A89" w:rsidP="00051A89">
            <w:pPr>
              <w:rPr>
                <w:sz w:val="21"/>
                <w:szCs w:val="21"/>
                <w:lang w:eastAsia="ja-JP"/>
              </w:rPr>
            </w:pPr>
            <w:r w:rsidRPr="00020585">
              <w:rPr>
                <w:rFonts w:hint="eastAsia"/>
                <w:sz w:val="21"/>
                <w:szCs w:val="21"/>
                <w:lang w:eastAsia="ja-JP"/>
              </w:rPr>
              <w:t xml:space="preserve">　　　　　　　　</w:t>
            </w:r>
            <w:r>
              <w:rPr>
                <w:rFonts w:hint="eastAsia"/>
                <w:sz w:val="21"/>
                <w:szCs w:val="21"/>
                <w:lang w:eastAsia="ja-JP"/>
              </w:rPr>
              <w:t xml:space="preserve">　</w:t>
            </w:r>
            <w:r w:rsidRPr="00020585">
              <w:rPr>
                <w:rFonts w:hint="eastAsia"/>
                <w:sz w:val="21"/>
                <w:szCs w:val="21"/>
                <w:lang w:eastAsia="ja-JP"/>
              </w:rPr>
              <w:t xml:space="preserve">　利用料金　　　　　　　　　円×</w:t>
            </w:r>
            <w:r w:rsidRPr="00020585">
              <w:rPr>
                <w:rFonts w:hint="eastAsia"/>
                <w:sz w:val="21"/>
                <w:szCs w:val="21"/>
                <w:lang w:eastAsia="ja-JP"/>
              </w:rPr>
              <w:t>0.8</w:t>
            </w:r>
            <w:r w:rsidRPr="00020585">
              <w:rPr>
                <w:rFonts w:hint="eastAsia"/>
                <w:sz w:val="21"/>
                <w:szCs w:val="21"/>
                <w:lang w:eastAsia="ja-JP"/>
              </w:rPr>
              <w:t>＝　　　　　　円</w:t>
            </w:r>
          </w:p>
        </w:tc>
      </w:tr>
      <w:tr w:rsidR="00051A89" w:rsidRPr="00020585" w14:paraId="75085357" w14:textId="77777777" w:rsidTr="000D5284">
        <w:trPr>
          <w:trHeight w:val="666"/>
        </w:trPr>
        <w:tc>
          <w:tcPr>
            <w:tcW w:w="1762" w:type="dxa"/>
            <w:vMerge/>
            <w:tcBorders>
              <w:left w:val="single" w:sz="4" w:space="0" w:color="auto"/>
              <w:right w:val="single" w:sz="4" w:space="0" w:color="auto"/>
            </w:tcBorders>
            <w:vAlign w:val="center"/>
          </w:tcPr>
          <w:p w14:paraId="7104211F" w14:textId="77777777" w:rsidR="00051A89" w:rsidRPr="00020585" w:rsidRDefault="00051A89" w:rsidP="00051A89">
            <w:pPr>
              <w:jc w:val="distribute"/>
              <w:rPr>
                <w:sz w:val="21"/>
                <w:szCs w:val="21"/>
                <w:lang w:eastAsia="ja-JP"/>
              </w:rPr>
            </w:pPr>
          </w:p>
        </w:tc>
        <w:tc>
          <w:tcPr>
            <w:tcW w:w="7414" w:type="dxa"/>
            <w:gridSpan w:val="2"/>
            <w:tcBorders>
              <w:top w:val="single" w:sz="4" w:space="0" w:color="auto"/>
              <w:left w:val="single" w:sz="4" w:space="0" w:color="auto"/>
              <w:bottom w:val="single" w:sz="4" w:space="0" w:color="auto"/>
              <w:right w:val="single" w:sz="4" w:space="0" w:color="auto"/>
            </w:tcBorders>
            <w:vAlign w:val="center"/>
          </w:tcPr>
          <w:p w14:paraId="3A801D11" w14:textId="400ADF21" w:rsidR="00051A89" w:rsidRDefault="00051A89" w:rsidP="00051A89">
            <w:pPr>
              <w:rPr>
                <w:sz w:val="21"/>
                <w:szCs w:val="21"/>
                <w:lang w:eastAsia="ja-JP"/>
              </w:rPr>
            </w:pPr>
            <w:r w:rsidRPr="00020585">
              <w:rPr>
                <w:rFonts w:hint="eastAsia"/>
                <w:sz w:val="21"/>
                <w:szCs w:val="21"/>
                <w:lang w:eastAsia="ja-JP"/>
              </w:rPr>
              <w:t>□タクシー</w:t>
            </w:r>
            <w:r>
              <w:rPr>
                <w:rFonts w:hint="eastAsia"/>
                <w:sz w:val="21"/>
                <w:szCs w:val="21"/>
                <w:lang w:eastAsia="ja-JP"/>
              </w:rPr>
              <w:t xml:space="preserve">　　利用日　　年　　月　　日</w:t>
            </w:r>
          </w:p>
          <w:p w14:paraId="467797D3" w14:textId="6B4D35FD" w:rsidR="00051A89" w:rsidRPr="00020585" w:rsidRDefault="00051A89" w:rsidP="00051A89">
            <w:pPr>
              <w:ind w:firstLineChars="1000" w:firstLine="2100"/>
              <w:rPr>
                <w:sz w:val="21"/>
                <w:szCs w:val="21"/>
                <w:lang w:eastAsia="ja-JP"/>
              </w:rPr>
            </w:pPr>
            <w:r>
              <w:rPr>
                <w:rFonts w:hint="eastAsia"/>
                <w:sz w:val="21"/>
                <w:szCs w:val="21"/>
                <w:lang w:eastAsia="ja-JP"/>
              </w:rPr>
              <w:t xml:space="preserve">利用料金　　　　</w:t>
            </w:r>
            <w:r w:rsidRPr="00020585">
              <w:rPr>
                <w:rFonts w:hint="eastAsia"/>
                <w:sz w:val="21"/>
                <w:szCs w:val="21"/>
                <w:lang w:eastAsia="ja-JP"/>
              </w:rPr>
              <w:t xml:space="preserve">　　　　　</w:t>
            </w:r>
            <w:r w:rsidRPr="00020585">
              <w:rPr>
                <w:rFonts w:hint="eastAsia"/>
                <w:sz w:val="21"/>
                <w:szCs w:val="21"/>
                <w:lang w:eastAsia="ja-JP"/>
              </w:rPr>
              <w:t xml:space="preserve"> </w:t>
            </w:r>
            <w:r w:rsidRPr="00020585">
              <w:rPr>
                <w:rFonts w:hint="eastAsia"/>
                <w:sz w:val="21"/>
                <w:szCs w:val="21"/>
                <w:lang w:eastAsia="ja-JP"/>
              </w:rPr>
              <w:t>円×</w:t>
            </w:r>
            <w:r w:rsidRPr="00020585">
              <w:rPr>
                <w:rFonts w:hint="eastAsia"/>
                <w:sz w:val="21"/>
                <w:szCs w:val="21"/>
                <w:lang w:eastAsia="ja-JP"/>
              </w:rPr>
              <w:t>0.8</w:t>
            </w:r>
            <w:r w:rsidRPr="00020585">
              <w:rPr>
                <w:rFonts w:hint="eastAsia"/>
                <w:sz w:val="21"/>
                <w:szCs w:val="21"/>
                <w:lang w:eastAsia="ja-JP"/>
              </w:rPr>
              <w:t>＝</w:t>
            </w:r>
            <w:r w:rsidRPr="00020585">
              <w:rPr>
                <w:rFonts w:hint="eastAsia"/>
                <w:sz w:val="21"/>
                <w:szCs w:val="21"/>
                <w:lang w:eastAsia="ja-JP"/>
              </w:rPr>
              <w:t xml:space="preserve"> </w:t>
            </w:r>
            <w:r w:rsidRPr="00020585">
              <w:rPr>
                <w:sz w:val="21"/>
                <w:szCs w:val="21"/>
                <w:lang w:eastAsia="ja-JP"/>
              </w:rPr>
              <w:t xml:space="preserve">            </w:t>
            </w:r>
            <w:r>
              <w:rPr>
                <w:rFonts w:hint="eastAsia"/>
                <w:sz w:val="21"/>
                <w:szCs w:val="21"/>
                <w:lang w:eastAsia="ja-JP"/>
              </w:rPr>
              <w:t xml:space="preserve">　　</w:t>
            </w:r>
            <w:r w:rsidRPr="00020585">
              <w:rPr>
                <w:rFonts w:hint="eastAsia"/>
                <w:sz w:val="21"/>
                <w:szCs w:val="21"/>
                <w:lang w:eastAsia="ja-JP"/>
              </w:rPr>
              <w:t>円</w:t>
            </w:r>
          </w:p>
        </w:tc>
      </w:tr>
      <w:tr w:rsidR="000D5284" w:rsidRPr="00020585" w14:paraId="71B1320E" w14:textId="77777777" w:rsidTr="000D5284">
        <w:trPr>
          <w:trHeight w:val="666"/>
        </w:trPr>
        <w:tc>
          <w:tcPr>
            <w:tcW w:w="7050" w:type="dxa"/>
            <w:gridSpan w:val="2"/>
            <w:tcBorders>
              <w:left w:val="single" w:sz="4" w:space="0" w:color="auto"/>
              <w:right w:val="single" w:sz="4" w:space="0" w:color="auto"/>
            </w:tcBorders>
            <w:vAlign w:val="center"/>
          </w:tcPr>
          <w:p w14:paraId="6C840C41" w14:textId="0760E3C7" w:rsidR="000D5284" w:rsidRPr="000D5284" w:rsidRDefault="000D5284" w:rsidP="000D5284">
            <w:pPr>
              <w:jc w:val="right"/>
              <w:rPr>
                <w:b/>
                <w:bCs/>
                <w:sz w:val="21"/>
                <w:szCs w:val="21"/>
                <w:lang w:eastAsia="ja-JP"/>
              </w:rPr>
            </w:pPr>
            <w:r w:rsidRPr="000D5284">
              <w:rPr>
                <w:rFonts w:hint="eastAsia"/>
                <w:b/>
                <w:bCs/>
                <w:sz w:val="24"/>
                <w:szCs w:val="24"/>
                <w:lang w:eastAsia="ja-JP"/>
              </w:rPr>
              <w:t>申請額</w:t>
            </w:r>
            <w:r w:rsidR="004E2826">
              <w:rPr>
                <w:rFonts w:hint="eastAsia"/>
                <w:b/>
                <w:bCs/>
                <w:sz w:val="24"/>
                <w:szCs w:val="24"/>
                <w:lang w:eastAsia="ja-JP"/>
              </w:rPr>
              <w:t xml:space="preserve">　計</w:t>
            </w:r>
            <w:r w:rsidRPr="000D5284">
              <w:rPr>
                <w:rFonts w:hint="eastAsia"/>
                <w:b/>
                <w:bCs/>
                <w:sz w:val="24"/>
                <w:szCs w:val="24"/>
                <w:lang w:eastAsia="ja-JP"/>
              </w:rPr>
              <w:t>②</w:t>
            </w:r>
          </w:p>
        </w:tc>
        <w:tc>
          <w:tcPr>
            <w:tcW w:w="2126" w:type="dxa"/>
            <w:tcBorders>
              <w:top w:val="single" w:sz="4" w:space="0" w:color="auto"/>
              <w:left w:val="single" w:sz="4" w:space="0" w:color="auto"/>
              <w:bottom w:val="single" w:sz="4" w:space="0" w:color="auto"/>
              <w:right w:val="single" w:sz="4" w:space="0" w:color="auto"/>
            </w:tcBorders>
            <w:vAlign w:val="center"/>
          </w:tcPr>
          <w:p w14:paraId="6D79B8BE" w14:textId="5B909A22" w:rsidR="000D5284" w:rsidRPr="000D5284" w:rsidRDefault="000D5284" w:rsidP="00051A89">
            <w:pPr>
              <w:rPr>
                <w:b/>
                <w:bCs/>
                <w:sz w:val="21"/>
                <w:szCs w:val="21"/>
                <w:lang w:eastAsia="ja-JP"/>
              </w:rPr>
            </w:pPr>
            <w:r>
              <w:rPr>
                <w:rFonts w:hint="eastAsia"/>
                <w:sz w:val="21"/>
                <w:szCs w:val="21"/>
                <w:lang w:eastAsia="ja-JP"/>
              </w:rPr>
              <w:t xml:space="preserve">　　　　　　　</w:t>
            </w:r>
            <w:r w:rsidRPr="000D5284">
              <w:rPr>
                <w:rFonts w:hint="eastAsia"/>
                <w:b/>
                <w:bCs/>
                <w:sz w:val="24"/>
                <w:szCs w:val="24"/>
                <w:lang w:eastAsia="ja-JP"/>
              </w:rPr>
              <w:t>円</w:t>
            </w:r>
          </w:p>
        </w:tc>
      </w:tr>
    </w:tbl>
    <w:p w14:paraId="41971D19" w14:textId="056DB586" w:rsidR="000D5284" w:rsidRDefault="000D5284" w:rsidP="00D976FD">
      <w:pPr>
        <w:rPr>
          <w:noProof/>
          <w:lang w:eastAsia="ja-JP"/>
        </w:rPr>
      </w:pPr>
    </w:p>
    <w:p w14:paraId="3ECACED6" w14:textId="44149026" w:rsidR="00BE16F5" w:rsidRDefault="000D5284" w:rsidP="00D976FD">
      <w:pPr>
        <w:rPr>
          <w:noProof/>
          <w:lang w:eastAsia="ja-JP"/>
        </w:rPr>
      </w:pPr>
      <w:r>
        <w:rPr>
          <w:noProof/>
          <w:lang w:eastAsia="ja-JP"/>
        </w:rPr>
        <w:br w:type="page"/>
      </w:r>
    </w:p>
    <w:p w14:paraId="46016B6F" w14:textId="25AE783B" w:rsidR="00F57507" w:rsidRDefault="00F57507" w:rsidP="00D976FD">
      <w:pPr>
        <w:rPr>
          <w:noProof/>
          <w:lang w:eastAsia="ja-JP"/>
        </w:rPr>
      </w:pPr>
      <w:r>
        <w:rPr>
          <w:rFonts w:hint="eastAsia"/>
          <w:noProof/>
          <w:lang w:eastAsia="ja-JP"/>
        </w:rPr>
        <w:lastRenderedPageBreak/>
        <w:t>３－３．分娩時の宿泊費について</w:t>
      </w:r>
      <w:r w:rsidR="0093719A">
        <w:rPr>
          <w:rFonts w:hint="eastAsia"/>
          <w:noProof/>
          <w:lang w:eastAsia="ja-JP"/>
        </w:rPr>
        <w:t>（上限１４泊</w:t>
      </w:r>
      <w:r w:rsidR="00415CD6">
        <w:rPr>
          <w:rFonts w:hint="eastAsia"/>
          <w:noProof/>
          <w:lang w:eastAsia="ja-JP"/>
        </w:rPr>
        <w:t>分</w:t>
      </w:r>
      <w:r w:rsidR="0093719A">
        <w:rPr>
          <w:rFonts w:hint="eastAsia"/>
          <w:noProof/>
          <w:lang w:eastAsia="ja-JP"/>
        </w:rPr>
        <w:t>）</w:t>
      </w:r>
    </w:p>
    <w:tbl>
      <w:tblPr>
        <w:tblStyle w:val="afe"/>
        <w:tblW w:w="9137" w:type="dxa"/>
        <w:jc w:val="center"/>
        <w:tblLook w:val="04A0" w:firstRow="1" w:lastRow="0" w:firstColumn="1" w:lastColumn="0" w:noHBand="0" w:noVBand="1"/>
      </w:tblPr>
      <w:tblGrid>
        <w:gridCol w:w="784"/>
        <w:gridCol w:w="2052"/>
        <w:gridCol w:w="1633"/>
        <w:gridCol w:w="2447"/>
        <w:gridCol w:w="2221"/>
      </w:tblGrid>
      <w:tr w:rsidR="00F57507" w14:paraId="7783AA94" w14:textId="77777777" w:rsidTr="000D5284">
        <w:trPr>
          <w:trHeight w:val="452"/>
          <w:jc w:val="center"/>
        </w:trPr>
        <w:tc>
          <w:tcPr>
            <w:tcW w:w="784" w:type="dxa"/>
          </w:tcPr>
          <w:p w14:paraId="42331B79" w14:textId="6D571428" w:rsidR="00F57507" w:rsidRDefault="0093719A" w:rsidP="0093719A">
            <w:pPr>
              <w:rPr>
                <w:noProof/>
                <w:lang w:eastAsia="ja-JP"/>
              </w:rPr>
            </w:pPr>
            <w:r>
              <w:rPr>
                <w:rFonts w:hint="eastAsia"/>
                <w:noProof/>
                <w:lang w:eastAsia="ja-JP"/>
              </w:rPr>
              <w:t>宿泊日</w:t>
            </w:r>
            <w:r w:rsidR="00F57507">
              <w:rPr>
                <w:rFonts w:hint="eastAsia"/>
                <w:noProof/>
                <w:lang w:eastAsia="ja-JP"/>
              </w:rPr>
              <w:t>数</w:t>
            </w:r>
          </w:p>
        </w:tc>
        <w:tc>
          <w:tcPr>
            <w:tcW w:w="2052" w:type="dxa"/>
          </w:tcPr>
          <w:p w14:paraId="3DB1BE70" w14:textId="5A3807D2" w:rsidR="00F57507" w:rsidRDefault="00F57507" w:rsidP="00411682">
            <w:pPr>
              <w:ind w:firstLineChars="100" w:firstLine="220"/>
              <w:rPr>
                <w:noProof/>
                <w:lang w:eastAsia="ja-JP"/>
              </w:rPr>
            </w:pPr>
            <w:r>
              <w:rPr>
                <w:rFonts w:hint="eastAsia"/>
                <w:noProof/>
                <w:lang w:eastAsia="ja-JP"/>
              </w:rPr>
              <w:t>宿泊年月日</w:t>
            </w:r>
          </w:p>
        </w:tc>
        <w:tc>
          <w:tcPr>
            <w:tcW w:w="1633" w:type="dxa"/>
          </w:tcPr>
          <w:p w14:paraId="66E3921F" w14:textId="5FC8F360" w:rsidR="00F57507" w:rsidRDefault="0093719A" w:rsidP="00411682">
            <w:pPr>
              <w:ind w:firstLineChars="100" w:firstLine="220"/>
              <w:rPr>
                <w:noProof/>
                <w:lang w:eastAsia="ja-JP"/>
              </w:rPr>
            </w:pPr>
            <w:r>
              <w:rPr>
                <w:rFonts w:hint="eastAsia"/>
                <w:noProof/>
                <w:lang w:eastAsia="ja-JP"/>
              </w:rPr>
              <w:t>自己負担額</w:t>
            </w:r>
          </w:p>
        </w:tc>
        <w:tc>
          <w:tcPr>
            <w:tcW w:w="2447" w:type="dxa"/>
          </w:tcPr>
          <w:p w14:paraId="5E178402" w14:textId="77777777" w:rsidR="00F57507" w:rsidRDefault="00F57507" w:rsidP="00411682">
            <w:pPr>
              <w:rPr>
                <w:noProof/>
                <w:lang w:eastAsia="ja-JP"/>
              </w:rPr>
            </w:pPr>
            <w:r>
              <w:rPr>
                <w:rFonts w:hint="eastAsia"/>
                <w:noProof/>
                <w:lang w:eastAsia="ja-JP"/>
              </w:rPr>
              <w:t>自己負担額</w:t>
            </w:r>
            <w:r w:rsidR="0093719A">
              <w:rPr>
                <w:rFonts w:hint="eastAsia"/>
                <w:noProof/>
                <w:lang w:eastAsia="ja-JP"/>
              </w:rPr>
              <w:t>－</w:t>
            </w:r>
            <w:r w:rsidR="0093719A">
              <w:rPr>
                <w:rFonts w:hint="eastAsia"/>
                <w:noProof/>
                <w:lang w:eastAsia="ja-JP"/>
              </w:rPr>
              <w:t>2,000</w:t>
            </w:r>
            <w:r w:rsidR="0093719A">
              <w:rPr>
                <w:rFonts w:hint="eastAsia"/>
                <w:noProof/>
                <w:lang w:eastAsia="ja-JP"/>
              </w:rPr>
              <w:t>円</w:t>
            </w:r>
          </w:p>
          <w:p w14:paraId="43699B62" w14:textId="3EFF6F84" w:rsidR="000D5284" w:rsidRDefault="000D5284" w:rsidP="00411682">
            <w:pPr>
              <w:rPr>
                <w:noProof/>
                <w:lang w:eastAsia="ja-JP"/>
              </w:rPr>
            </w:pPr>
            <w:r>
              <w:rPr>
                <w:rFonts w:hint="eastAsia"/>
                <w:noProof/>
                <w:lang w:eastAsia="ja-JP"/>
              </w:rPr>
              <w:t xml:space="preserve">　　　　★</w:t>
            </w:r>
          </w:p>
        </w:tc>
        <w:tc>
          <w:tcPr>
            <w:tcW w:w="2221" w:type="dxa"/>
          </w:tcPr>
          <w:p w14:paraId="457ADC90" w14:textId="77777777" w:rsidR="00F57507" w:rsidRDefault="00F57507" w:rsidP="00411682">
            <w:pPr>
              <w:ind w:firstLineChars="200" w:firstLine="440"/>
              <w:rPr>
                <w:noProof/>
                <w:lang w:eastAsia="ja-JP"/>
              </w:rPr>
            </w:pPr>
            <w:r>
              <w:rPr>
                <w:rFonts w:hint="eastAsia"/>
                <w:noProof/>
                <w:lang w:eastAsia="ja-JP"/>
              </w:rPr>
              <w:t>申請額</w:t>
            </w:r>
          </w:p>
          <w:p w14:paraId="156C519D" w14:textId="0DE4F5B9" w:rsidR="00F57507" w:rsidRDefault="0093719A" w:rsidP="00411682">
            <w:pPr>
              <w:rPr>
                <w:noProof/>
                <w:lang w:eastAsia="ja-JP"/>
              </w:rPr>
            </w:pPr>
            <w:r>
              <w:rPr>
                <w:rFonts w:hint="eastAsia"/>
                <w:noProof/>
                <w:lang w:eastAsia="ja-JP"/>
              </w:rPr>
              <w:t>★欄の額と</w:t>
            </w:r>
            <w:r>
              <w:rPr>
                <w:rFonts w:hint="eastAsia"/>
                <w:noProof/>
                <w:lang w:eastAsia="ja-JP"/>
              </w:rPr>
              <w:t>9,800</w:t>
            </w:r>
            <w:r>
              <w:rPr>
                <w:rFonts w:hint="eastAsia"/>
                <w:noProof/>
                <w:lang w:eastAsia="ja-JP"/>
              </w:rPr>
              <w:t>円のいずれか低い額</w:t>
            </w:r>
          </w:p>
        </w:tc>
      </w:tr>
      <w:tr w:rsidR="0093719A" w14:paraId="77CB71BD" w14:textId="77777777" w:rsidTr="000D5284">
        <w:trPr>
          <w:jc w:val="center"/>
        </w:trPr>
        <w:tc>
          <w:tcPr>
            <w:tcW w:w="784" w:type="dxa"/>
          </w:tcPr>
          <w:p w14:paraId="1133F8F6" w14:textId="77777777" w:rsidR="0093719A" w:rsidRDefault="0093719A" w:rsidP="0093719A">
            <w:pPr>
              <w:rPr>
                <w:noProof/>
                <w:lang w:eastAsia="ja-JP"/>
              </w:rPr>
            </w:pPr>
            <w:r>
              <w:rPr>
                <w:rFonts w:hint="eastAsia"/>
                <w:noProof/>
                <w:lang w:eastAsia="ja-JP"/>
              </w:rPr>
              <w:t>１</w:t>
            </w:r>
          </w:p>
        </w:tc>
        <w:tc>
          <w:tcPr>
            <w:tcW w:w="2052" w:type="dxa"/>
          </w:tcPr>
          <w:p w14:paraId="11E2BF53" w14:textId="75E5D875" w:rsidR="0093719A" w:rsidRDefault="0093719A" w:rsidP="000D5284">
            <w:pPr>
              <w:ind w:left="440" w:hangingChars="200" w:hanging="440"/>
              <w:rPr>
                <w:noProof/>
                <w:lang w:eastAsia="ja-JP"/>
              </w:rPr>
            </w:pPr>
            <w:r>
              <w:rPr>
                <w:rFonts w:hint="eastAsia"/>
                <w:noProof/>
                <w:lang w:eastAsia="ja-JP"/>
              </w:rPr>
              <w:t xml:space="preserve">　　年　月　日～　年　月　日</w:t>
            </w:r>
          </w:p>
        </w:tc>
        <w:tc>
          <w:tcPr>
            <w:tcW w:w="1633" w:type="dxa"/>
          </w:tcPr>
          <w:p w14:paraId="42D29158" w14:textId="32FDE05E" w:rsidR="0093719A" w:rsidRDefault="0093719A" w:rsidP="0093719A">
            <w:pPr>
              <w:rPr>
                <w:noProof/>
                <w:lang w:eastAsia="ja-JP"/>
              </w:rPr>
            </w:pPr>
            <w:r>
              <w:rPr>
                <w:rFonts w:hint="eastAsia"/>
                <w:noProof/>
                <w:lang w:eastAsia="ja-JP"/>
              </w:rPr>
              <w:t xml:space="preserve">　　　　　円</w:t>
            </w:r>
          </w:p>
        </w:tc>
        <w:tc>
          <w:tcPr>
            <w:tcW w:w="2447" w:type="dxa"/>
          </w:tcPr>
          <w:p w14:paraId="231EADAB" w14:textId="429B2B7B" w:rsidR="0093719A" w:rsidRPr="00BE16F5" w:rsidRDefault="0093719A" w:rsidP="0093719A">
            <w:pPr>
              <w:rPr>
                <w:noProof/>
                <w:lang w:eastAsia="ja-JP"/>
              </w:rPr>
            </w:pPr>
            <w:r>
              <w:rPr>
                <w:rFonts w:hint="eastAsia"/>
                <w:noProof/>
                <w:lang w:eastAsia="ja-JP"/>
              </w:rPr>
              <w:t xml:space="preserve">　　　　　　　　　円</w:t>
            </w:r>
          </w:p>
        </w:tc>
        <w:tc>
          <w:tcPr>
            <w:tcW w:w="2221" w:type="dxa"/>
          </w:tcPr>
          <w:p w14:paraId="6AF944A6" w14:textId="0EFDDE96"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円</w:t>
            </w:r>
          </w:p>
        </w:tc>
      </w:tr>
      <w:tr w:rsidR="0093719A" w14:paraId="4052FB8C" w14:textId="77777777" w:rsidTr="000D5284">
        <w:trPr>
          <w:jc w:val="center"/>
        </w:trPr>
        <w:tc>
          <w:tcPr>
            <w:tcW w:w="784" w:type="dxa"/>
          </w:tcPr>
          <w:p w14:paraId="52D74CFB" w14:textId="77777777" w:rsidR="0093719A" w:rsidRDefault="0093719A" w:rsidP="0093719A">
            <w:pPr>
              <w:rPr>
                <w:noProof/>
                <w:lang w:eastAsia="ja-JP"/>
              </w:rPr>
            </w:pPr>
            <w:r>
              <w:rPr>
                <w:rFonts w:hint="eastAsia"/>
                <w:noProof/>
                <w:lang w:eastAsia="ja-JP"/>
              </w:rPr>
              <w:t>２</w:t>
            </w:r>
          </w:p>
        </w:tc>
        <w:tc>
          <w:tcPr>
            <w:tcW w:w="2052" w:type="dxa"/>
          </w:tcPr>
          <w:p w14:paraId="28B113A0" w14:textId="475C2AE8" w:rsidR="0093719A" w:rsidRDefault="0093719A" w:rsidP="000D5284">
            <w:pPr>
              <w:ind w:leftChars="200" w:left="440"/>
              <w:rPr>
                <w:noProof/>
                <w:lang w:eastAsia="ja-JP"/>
              </w:rPr>
            </w:pPr>
            <w:r>
              <w:rPr>
                <w:rFonts w:hint="eastAsia"/>
                <w:noProof/>
                <w:lang w:eastAsia="ja-JP"/>
              </w:rPr>
              <w:t>年　月　日～　年　月　日</w:t>
            </w:r>
          </w:p>
        </w:tc>
        <w:tc>
          <w:tcPr>
            <w:tcW w:w="1633" w:type="dxa"/>
          </w:tcPr>
          <w:p w14:paraId="2C4A9DD2" w14:textId="08F42810" w:rsidR="0093719A" w:rsidRDefault="0093719A" w:rsidP="0093719A">
            <w:pPr>
              <w:rPr>
                <w:noProof/>
                <w:lang w:eastAsia="ja-JP"/>
              </w:rPr>
            </w:pPr>
            <w:r>
              <w:rPr>
                <w:rFonts w:hint="eastAsia"/>
                <w:noProof/>
                <w:lang w:eastAsia="ja-JP"/>
              </w:rPr>
              <w:t xml:space="preserve">　　　　　円</w:t>
            </w:r>
          </w:p>
        </w:tc>
        <w:tc>
          <w:tcPr>
            <w:tcW w:w="2447" w:type="dxa"/>
          </w:tcPr>
          <w:p w14:paraId="459539B6" w14:textId="189BB2C9" w:rsidR="0093719A" w:rsidRDefault="0093719A" w:rsidP="0093719A">
            <w:pPr>
              <w:rPr>
                <w:noProof/>
                <w:lang w:eastAsia="ja-JP"/>
              </w:rPr>
            </w:pPr>
            <w:r>
              <w:rPr>
                <w:rFonts w:hint="eastAsia"/>
                <w:noProof/>
                <w:lang w:eastAsia="ja-JP"/>
              </w:rPr>
              <w:t xml:space="preserve">　　　　　　　　　円</w:t>
            </w:r>
          </w:p>
        </w:tc>
        <w:tc>
          <w:tcPr>
            <w:tcW w:w="2221" w:type="dxa"/>
          </w:tcPr>
          <w:p w14:paraId="08D3CC58" w14:textId="3C50EA4C"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14:paraId="717D9258" w14:textId="77777777" w:rsidTr="000D5284">
        <w:trPr>
          <w:jc w:val="center"/>
        </w:trPr>
        <w:tc>
          <w:tcPr>
            <w:tcW w:w="784" w:type="dxa"/>
          </w:tcPr>
          <w:p w14:paraId="4A8910CF" w14:textId="77777777" w:rsidR="0093719A" w:rsidRDefault="0093719A" w:rsidP="0093719A">
            <w:pPr>
              <w:rPr>
                <w:noProof/>
                <w:lang w:eastAsia="ja-JP"/>
              </w:rPr>
            </w:pPr>
            <w:r>
              <w:rPr>
                <w:rFonts w:hint="eastAsia"/>
                <w:noProof/>
                <w:lang w:eastAsia="ja-JP"/>
              </w:rPr>
              <w:t>３</w:t>
            </w:r>
          </w:p>
        </w:tc>
        <w:tc>
          <w:tcPr>
            <w:tcW w:w="2052" w:type="dxa"/>
          </w:tcPr>
          <w:p w14:paraId="0756C512" w14:textId="10CFCD8A" w:rsidR="0093719A" w:rsidRDefault="0093719A" w:rsidP="000D5284">
            <w:pPr>
              <w:ind w:left="440" w:hangingChars="200" w:hanging="440"/>
              <w:rPr>
                <w:noProof/>
                <w:lang w:eastAsia="ja-JP"/>
              </w:rPr>
            </w:pPr>
            <w:r>
              <w:rPr>
                <w:rFonts w:hint="eastAsia"/>
                <w:noProof/>
                <w:lang w:eastAsia="ja-JP"/>
              </w:rPr>
              <w:t xml:space="preserve">　　年　月　日～　年　月　日</w:t>
            </w:r>
          </w:p>
        </w:tc>
        <w:tc>
          <w:tcPr>
            <w:tcW w:w="1633" w:type="dxa"/>
          </w:tcPr>
          <w:p w14:paraId="26D2FE49" w14:textId="4F62BB99" w:rsidR="0093719A" w:rsidRDefault="0093719A" w:rsidP="0093719A">
            <w:pPr>
              <w:rPr>
                <w:noProof/>
                <w:lang w:eastAsia="ja-JP"/>
              </w:rPr>
            </w:pPr>
            <w:r>
              <w:rPr>
                <w:rFonts w:hint="eastAsia"/>
                <w:noProof/>
                <w:lang w:eastAsia="ja-JP"/>
              </w:rPr>
              <w:t xml:space="preserve">　　　　　円</w:t>
            </w:r>
          </w:p>
        </w:tc>
        <w:tc>
          <w:tcPr>
            <w:tcW w:w="2447" w:type="dxa"/>
          </w:tcPr>
          <w:p w14:paraId="0771F996" w14:textId="11BAD603" w:rsidR="0093719A" w:rsidRDefault="0093719A" w:rsidP="0093719A">
            <w:pPr>
              <w:rPr>
                <w:noProof/>
                <w:lang w:eastAsia="ja-JP"/>
              </w:rPr>
            </w:pPr>
            <w:r>
              <w:rPr>
                <w:rFonts w:hint="eastAsia"/>
                <w:noProof/>
                <w:lang w:eastAsia="ja-JP"/>
              </w:rPr>
              <w:t xml:space="preserve">　　　　　　　　　円</w:t>
            </w:r>
          </w:p>
        </w:tc>
        <w:tc>
          <w:tcPr>
            <w:tcW w:w="2221" w:type="dxa"/>
          </w:tcPr>
          <w:p w14:paraId="3A809269" w14:textId="523A63D5"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14:paraId="438C1BF2" w14:textId="77777777" w:rsidTr="000D5284">
        <w:trPr>
          <w:jc w:val="center"/>
        </w:trPr>
        <w:tc>
          <w:tcPr>
            <w:tcW w:w="784" w:type="dxa"/>
          </w:tcPr>
          <w:p w14:paraId="79642FC1" w14:textId="77777777" w:rsidR="0093719A" w:rsidRDefault="0093719A" w:rsidP="0093719A">
            <w:pPr>
              <w:rPr>
                <w:noProof/>
                <w:lang w:eastAsia="ja-JP"/>
              </w:rPr>
            </w:pPr>
            <w:r>
              <w:rPr>
                <w:rFonts w:hint="eastAsia"/>
                <w:noProof/>
                <w:lang w:eastAsia="ja-JP"/>
              </w:rPr>
              <w:t>４</w:t>
            </w:r>
          </w:p>
        </w:tc>
        <w:tc>
          <w:tcPr>
            <w:tcW w:w="2052" w:type="dxa"/>
          </w:tcPr>
          <w:p w14:paraId="1388EDA3" w14:textId="560F6A50" w:rsidR="0093719A" w:rsidRDefault="0093719A" w:rsidP="000D5284">
            <w:pPr>
              <w:ind w:leftChars="200" w:left="440"/>
              <w:rPr>
                <w:noProof/>
                <w:lang w:eastAsia="ja-JP"/>
              </w:rPr>
            </w:pPr>
            <w:r>
              <w:rPr>
                <w:rFonts w:hint="eastAsia"/>
                <w:noProof/>
                <w:lang w:eastAsia="ja-JP"/>
              </w:rPr>
              <w:t>年　月　日～　年　月　日</w:t>
            </w:r>
          </w:p>
        </w:tc>
        <w:tc>
          <w:tcPr>
            <w:tcW w:w="1633" w:type="dxa"/>
          </w:tcPr>
          <w:p w14:paraId="071136B2" w14:textId="029951AA" w:rsidR="0093719A" w:rsidRDefault="0093719A" w:rsidP="0093719A">
            <w:pPr>
              <w:rPr>
                <w:noProof/>
                <w:lang w:eastAsia="ja-JP"/>
              </w:rPr>
            </w:pPr>
            <w:r>
              <w:rPr>
                <w:rFonts w:hint="eastAsia"/>
                <w:noProof/>
                <w:lang w:eastAsia="ja-JP"/>
              </w:rPr>
              <w:t xml:space="preserve">　　　　　円</w:t>
            </w:r>
          </w:p>
        </w:tc>
        <w:tc>
          <w:tcPr>
            <w:tcW w:w="2447" w:type="dxa"/>
          </w:tcPr>
          <w:p w14:paraId="3A6C1225" w14:textId="58D32E44" w:rsidR="0093719A" w:rsidRDefault="0093719A" w:rsidP="0093719A">
            <w:pPr>
              <w:rPr>
                <w:noProof/>
                <w:lang w:eastAsia="ja-JP"/>
              </w:rPr>
            </w:pPr>
            <w:r>
              <w:rPr>
                <w:rFonts w:hint="eastAsia"/>
                <w:noProof/>
                <w:lang w:eastAsia="ja-JP"/>
              </w:rPr>
              <w:t xml:space="preserve">　　　　　　　　　円</w:t>
            </w:r>
          </w:p>
        </w:tc>
        <w:tc>
          <w:tcPr>
            <w:tcW w:w="2221" w:type="dxa"/>
          </w:tcPr>
          <w:p w14:paraId="5F00FA38" w14:textId="2514D326"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14:paraId="7064457D" w14:textId="77777777" w:rsidTr="000D5284">
        <w:trPr>
          <w:jc w:val="center"/>
        </w:trPr>
        <w:tc>
          <w:tcPr>
            <w:tcW w:w="784" w:type="dxa"/>
          </w:tcPr>
          <w:p w14:paraId="7118F870" w14:textId="77777777" w:rsidR="0093719A" w:rsidRDefault="0093719A" w:rsidP="0093719A">
            <w:pPr>
              <w:rPr>
                <w:noProof/>
                <w:lang w:eastAsia="ja-JP"/>
              </w:rPr>
            </w:pPr>
            <w:r>
              <w:rPr>
                <w:rFonts w:hint="eastAsia"/>
                <w:noProof/>
                <w:lang w:eastAsia="ja-JP"/>
              </w:rPr>
              <w:t>５</w:t>
            </w:r>
          </w:p>
        </w:tc>
        <w:tc>
          <w:tcPr>
            <w:tcW w:w="2052" w:type="dxa"/>
          </w:tcPr>
          <w:p w14:paraId="65FFE59C" w14:textId="576277F8" w:rsidR="0093719A" w:rsidRDefault="0093719A" w:rsidP="000D5284">
            <w:pPr>
              <w:ind w:leftChars="200" w:left="440"/>
              <w:rPr>
                <w:noProof/>
                <w:lang w:eastAsia="ja-JP"/>
              </w:rPr>
            </w:pPr>
            <w:r>
              <w:rPr>
                <w:rFonts w:hint="eastAsia"/>
                <w:noProof/>
                <w:lang w:eastAsia="ja-JP"/>
              </w:rPr>
              <w:t>年　月　日～　年　月　日</w:t>
            </w:r>
          </w:p>
        </w:tc>
        <w:tc>
          <w:tcPr>
            <w:tcW w:w="1633" w:type="dxa"/>
          </w:tcPr>
          <w:p w14:paraId="25187481" w14:textId="4A4EBE4F" w:rsidR="0093719A" w:rsidRDefault="0093719A" w:rsidP="0093719A">
            <w:pPr>
              <w:rPr>
                <w:noProof/>
                <w:lang w:eastAsia="ja-JP"/>
              </w:rPr>
            </w:pPr>
            <w:r>
              <w:rPr>
                <w:rFonts w:hint="eastAsia"/>
                <w:noProof/>
                <w:lang w:eastAsia="ja-JP"/>
              </w:rPr>
              <w:t xml:space="preserve">　　　　　円</w:t>
            </w:r>
          </w:p>
        </w:tc>
        <w:tc>
          <w:tcPr>
            <w:tcW w:w="2447" w:type="dxa"/>
          </w:tcPr>
          <w:p w14:paraId="363A42BE" w14:textId="3BCF24EA" w:rsidR="0093719A" w:rsidRDefault="0093719A" w:rsidP="0093719A">
            <w:pPr>
              <w:rPr>
                <w:noProof/>
                <w:lang w:eastAsia="ja-JP"/>
              </w:rPr>
            </w:pPr>
            <w:r>
              <w:rPr>
                <w:rFonts w:hint="eastAsia"/>
                <w:noProof/>
                <w:lang w:eastAsia="ja-JP"/>
              </w:rPr>
              <w:t xml:space="preserve">　　　　　　　　　円</w:t>
            </w:r>
          </w:p>
        </w:tc>
        <w:tc>
          <w:tcPr>
            <w:tcW w:w="2221" w:type="dxa"/>
          </w:tcPr>
          <w:p w14:paraId="741F509B" w14:textId="2AF51A72"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14:paraId="0C6A4C10" w14:textId="77777777" w:rsidTr="000D5284">
        <w:trPr>
          <w:jc w:val="center"/>
        </w:trPr>
        <w:tc>
          <w:tcPr>
            <w:tcW w:w="784" w:type="dxa"/>
          </w:tcPr>
          <w:p w14:paraId="51CABDED" w14:textId="77777777" w:rsidR="0093719A" w:rsidRDefault="0093719A" w:rsidP="0093719A">
            <w:pPr>
              <w:rPr>
                <w:noProof/>
                <w:lang w:eastAsia="ja-JP"/>
              </w:rPr>
            </w:pPr>
            <w:r>
              <w:rPr>
                <w:rFonts w:hint="eastAsia"/>
                <w:noProof/>
                <w:lang w:eastAsia="ja-JP"/>
              </w:rPr>
              <w:t>６</w:t>
            </w:r>
          </w:p>
        </w:tc>
        <w:tc>
          <w:tcPr>
            <w:tcW w:w="2052" w:type="dxa"/>
          </w:tcPr>
          <w:p w14:paraId="69E50E21" w14:textId="1DCEF378" w:rsidR="0093719A" w:rsidRDefault="0093719A" w:rsidP="000D5284">
            <w:pPr>
              <w:ind w:left="440" w:hangingChars="200" w:hanging="440"/>
              <w:rPr>
                <w:noProof/>
                <w:lang w:eastAsia="ja-JP"/>
              </w:rPr>
            </w:pPr>
            <w:r>
              <w:rPr>
                <w:rFonts w:hint="eastAsia"/>
                <w:noProof/>
                <w:lang w:eastAsia="ja-JP"/>
              </w:rPr>
              <w:t xml:space="preserve">　　年　月　日～　年　月　日</w:t>
            </w:r>
          </w:p>
        </w:tc>
        <w:tc>
          <w:tcPr>
            <w:tcW w:w="1633" w:type="dxa"/>
          </w:tcPr>
          <w:p w14:paraId="135BEA72" w14:textId="5C71B9DA" w:rsidR="0093719A" w:rsidRDefault="0093719A" w:rsidP="0093719A">
            <w:pPr>
              <w:rPr>
                <w:noProof/>
                <w:lang w:eastAsia="ja-JP"/>
              </w:rPr>
            </w:pPr>
            <w:r>
              <w:rPr>
                <w:rFonts w:hint="eastAsia"/>
                <w:noProof/>
                <w:lang w:eastAsia="ja-JP"/>
              </w:rPr>
              <w:t xml:space="preserve">　　　　　円</w:t>
            </w:r>
          </w:p>
        </w:tc>
        <w:tc>
          <w:tcPr>
            <w:tcW w:w="2447" w:type="dxa"/>
          </w:tcPr>
          <w:p w14:paraId="483DE4D1" w14:textId="5D9D8045" w:rsidR="0093719A" w:rsidRDefault="0093719A" w:rsidP="0093719A">
            <w:pPr>
              <w:rPr>
                <w:noProof/>
                <w:lang w:eastAsia="ja-JP"/>
              </w:rPr>
            </w:pPr>
            <w:r>
              <w:rPr>
                <w:rFonts w:hint="eastAsia"/>
                <w:noProof/>
                <w:lang w:eastAsia="ja-JP"/>
              </w:rPr>
              <w:t xml:space="preserve">　　　　　　　　　円</w:t>
            </w:r>
          </w:p>
        </w:tc>
        <w:tc>
          <w:tcPr>
            <w:tcW w:w="2221" w:type="dxa"/>
          </w:tcPr>
          <w:p w14:paraId="097FF1C2" w14:textId="18043F63"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円</w:t>
            </w:r>
          </w:p>
        </w:tc>
      </w:tr>
      <w:tr w:rsidR="0093719A" w14:paraId="12EA53DE" w14:textId="77777777" w:rsidTr="000D5284">
        <w:trPr>
          <w:jc w:val="center"/>
        </w:trPr>
        <w:tc>
          <w:tcPr>
            <w:tcW w:w="784" w:type="dxa"/>
          </w:tcPr>
          <w:p w14:paraId="64F4B835" w14:textId="77777777" w:rsidR="0093719A" w:rsidRDefault="0093719A" w:rsidP="0093719A">
            <w:pPr>
              <w:rPr>
                <w:noProof/>
                <w:lang w:eastAsia="ja-JP"/>
              </w:rPr>
            </w:pPr>
            <w:r>
              <w:rPr>
                <w:rFonts w:hint="eastAsia"/>
                <w:noProof/>
                <w:lang w:eastAsia="ja-JP"/>
              </w:rPr>
              <w:t>７</w:t>
            </w:r>
          </w:p>
        </w:tc>
        <w:tc>
          <w:tcPr>
            <w:tcW w:w="2052" w:type="dxa"/>
          </w:tcPr>
          <w:p w14:paraId="1B4BC483" w14:textId="07DEDDBB" w:rsidR="0093719A" w:rsidRDefault="0093719A" w:rsidP="000D5284">
            <w:pPr>
              <w:ind w:leftChars="100" w:left="440" w:hangingChars="100" w:hanging="220"/>
              <w:rPr>
                <w:noProof/>
                <w:lang w:eastAsia="ja-JP"/>
              </w:rPr>
            </w:pPr>
            <w:r>
              <w:rPr>
                <w:rFonts w:hint="eastAsia"/>
                <w:noProof/>
                <w:lang w:eastAsia="ja-JP"/>
              </w:rPr>
              <w:t xml:space="preserve">　年　月　日～　年　月　日</w:t>
            </w:r>
          </w:p>
        </w:tc>
        <w:tc>
          <w:tcPr>
            <w:tcW w:w="1633" w:type="dxa"/>
          </w:tcPr>
          <w:p w14:paraId="44BEA7B6" w14:textId="4EECB4AA" w:rsidR="0093719A" w:rsidRDefault="0093719A" w:rsidP="0093719A">
            <w:pPr>
              <w:rPr>
                <w:noProof/>
                <w:lang w:eastAsia="ja-JP"/>
              </w:rPr>
            </w:pPr>
            <w:r>
              <w:rPr>
                <w:rFonts w:hint="eastAsia"/>
                <w:noProof/>
                <w:lang w:eastAsia="ja-JP"/>
              </w:rPr>
              <w:t xml:space="preserve">　　　　　円</w:t>
            </w:r>
          </w:p>
        </w:tc>
        <w:tc>
          <w:tcPr>
            <w:tcW w:w="2447" w:type="dxa"/>
          </w:tcPr>
          <w:p w14:paraId="6134CDF4" w14:textId="783EE706" w:rsidR="0093719A" w:rsidRDefault="0093719A" w:rsidP="0093719A">
            <w:pPr>
              <w:rPr>
                <w:noProof/>
                <w:lang w:eastAsia="ja-JP"/>
              </w:rPr>
            </w:pPr>
            <w:r>
              <w:rPr>
                <w:rFonts w:hint="eastAsia"/>
                <w:noProof/>
                <w:lang w:eastAsia="ja-JP"/>
              </w:rPr>
              <w:t xml:space="preserve">　　　　　　　　　円</w:t>
            </w:r>
          </w:p>
        </w:tc>
        <w:tc>
          <w:tcPr>
            <w:tcW w:w="2221" w:type="dxa"/>
          </w:tcPr>
          <w:p w14:paraId="41CDE581" w14:textId="760086BD"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円</w:t>
            </w:r>
          </w:p>
        </w:tc>
      </w:tr>
      <w:tr w:rsidR="0093719A" w14:paraId="242E086C" w14:textId="77777777" w:rsidTr="000D5284">
        <w:trPr>
          <w:jc w:val="center"/>
        </w:trPr>
        <w:tc>
          <w:tcPr>
            <w:tcW w:w="784" w:type="dxa"/>
          </w:tcPr>
          <w:p w14:paraId="42A0227F" w14:textId="77777777" w:rsidR="0093719A" w:rsidRDefault="0093719A" w:rsidP="0093719A">
            <w:pPr>
              <w:rPr>
                <w:noProof/>
                <w:lang w:eastAsia="ja-JP"/>
              </w:rPr>
            </w:pPr>
            <w:r>
              <w:rPr>
                <w:rFonts w:hint="eastAsia"/>
                <w:noProof/>
                <w:lang w:eastAsia="ja-JP"/>
              </w:rPr>
              <w:t>８</w:t>
            </w:r>
          </w:p>
        </w:tc>
        <w:tc>
          <w:tcPr>
            <w:tcW w:w="2052" w:type="dxa"/>
          </w:tcPr>
          <w:p w14:paraId="14583A7B" w14:textId="4E456C88" w:rsidR="0093719A" w:rsidRDefault="0093719A" w:rsidP="000D5284">
            <w:pPr>
              <w:ind w:leftChars="200" w:left="440"/>
              <w:rPr>
                <w:noProof/>
                <w:lang w:eastAsia="ja-JP"/>
              </w:rPr>
            </w:pPr>
            <w:r>
              <w:rPr>
                <w:rFonts w:hint="eastAsia"/>
                <w:noProof/>
                <w:lang w:eastAsia="ja-JP"/>
              </w:rPr>
              <w:t>年　月　日～　年　月　日</w:t>
            </w:r>
          </w:p>
        </w:tc>
        <w:tc>
          <w:tcPr>
            <w:tcW w:w="1633" w:type="dxa"/>
          </w:tcPr>
          <w:p w14:paraId="17C83A15" w14:textId="09793917" w:rsidR="0093719A" w:rsidRDefault="0093719A" w:rsidP="0093719A">
            <w:pPr>
              <w:rPr>
                <w:noProof/>
                <w:lang w:eastAsia="ja-JP"/>
              </w:rPr>
            </w:pPr>
            <w:r>
              <w:rPr>
                <w:rFonts w:hint="eastAsia"/>
                <w:noProof/>
                <w:lang w:eastAsia="ja-JP"/>
              </w:rPr>
              <w:t xml:space="preserve">　　　　　円</w:t>
            </w:r>
          </w:p>
        </w:tc>
        <w:tc>
          <w:tcPr>
            <w:tcW w:w="2447" w:type="dxa"/>
          </w:tcPr>
          <w:p w14:paraId="7768F059" w14:textId="5AB6F339" w:rsidR="0093719A" w:rsidRDefault="0093719A" w:rsidP="0093719A">
            <w:pPr>
              <w:rPr>
                <w:noProof/>
                <w:lang w:eastAsia="ja-JP"/>
              </w:rPr>
            </w:pPr>
            <w:r>
              <w:rPr>
                <w:rFonts w:hint="eastAsia"/>
                <w:noProof/>
                <w:lang w:eastAsia="ja-JP"/>
              </w:rPr>
              <w:t xml:space="preserve">　　　　　　　　　円</w:t>
            </w:r>
          </w:p>
        </w:tc>
        <w:tc>
          <w:tcPr>
            <w:tcW w:w="2221" w:type="dxa"/>
          </w:tcPr>
          <w:p w14:paraId="0FD9736E" w14:textId="0D3DEF55"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円</w:t>
            </w:r>
          </w:p>
        </w:tc>
      </w:tr>
      <w:tr w:rsidR="0093719A" w14:paraId="382F3E41" w14:textId="77777777" w:rsidTr="000D5284">
        <w:trPr>
          <w:jc w:val="center"/>
        </w:trPr>
        <w:tc>
          <w:tcPr>
            <w:tcW w:w="784" w:type="dxa"/>
          </w:tcPr>
          <w:p w14:paraId="1505D953" w14:textId="77777777" w:rsidR="0093719A" w:rsidRDefault="0093719A" w:rsidP="0093719A">
            <w:pPr>
              <w:rPr>
                <w:noProof/>
                <w:lang w:eastAsia="ja-JP"/>
              </w:rPr>
            </w:pPr>
            <w:r>
              <w:rPr>
                <w:rFonts w:hint="eastAsia"/>
                <w:noProof/>
                <w:lang w:eastAsia="ja-JP"/>
              </w:rPr>
              <w:t>９</w:t>
            </w:r>
          </w:p>
        </w:tc>
        <w:tc>
          <w:tcPr>
            <w:tcW w:w="2052" w:type="dxa"/>
          </w:tcPr>
          <w:p w14:paraId="1C6F0093" w14:textId="2DCF6192" w:rsidR="0093719A" w:rsidRDefault="0093719A" w:rsidP="000D5284">
            <w:pPr>
              <w:ind w:left="440" w:hangingChars="200" w:hanging="440"/>
              <w:rPr>
                <w:noProof/>
                <w:lang w:eastAsia="ja-JP"/>
              </w:rPr>
            </w:pPr>
            <w:r>
              <w:rPr>
                <w:rFonts w:hint="eastAsia"/>
                <w:noProof/>
                <w:lang w:eastAsia="ja-JP"/>
              </w:rPr>
              <w:t xml:space="preserve">　　年　月　日～　年　月　日</w:t>
            </w:r>
          </w:p>
        </w:tc>
        <w:tc>
          <w:tcPr>
            <w:tcW w:w="1633" w:type="dxa"/>
          </w:tcPr>
          <w:p w14:paraId="6975BC73" w14:textId="4DA81995" w:rsidR="0093719A" w:rsidRDefault="0093719A" w:rsidP="0093719A">
            <w:pPr>
              <w:rPr>
                <w:noProof/>
                <w:lang w:eastAsia="ja-JP"/>
              </w:rPr>
            </w:pPr>
            <w:r>
              <w:rPr>
                <w:rFonts w:hint="eastAsia"/>
                <w:noProof/>
                <w:lang w:eastAsia="ja-JP"/>
              </w:rPr>
              <w:t xml:space="preserve">　　　　　円</w:t>
            </w:r>
          </w:p>
        </w:tc>
        <w:tc>
          <w:tcPr>
            <w:tcW w:w="2447" w:type="dxa"/>
          </w:tcPr>
          <w:p w14:paraId="64CB78B1" w14:textId="0C73DC4A" w:rsidR="0093719A" w:rsidRDefault="0093719A" w:rsidP="0093719A">
            <w:pPr>
              <w:rPr>
                <w:noProof/>
                <w:lang w:eastAsia="ja-JP"/>
              </w:rPr>
            </w:pPr>
            <w:r>
              <w:rPr>
                <w:rFonts w:hint="eastAsia"/>
                <w:noProof/>
                <w:lang w:eastAsia="ja-JP"/>
              </w:rPr>
              <w:t xml:space="preserve">　　　　　　　　　円</w:t>
            </w:r>
          </w:p>
        </w:tc>
        <w:tc>
          <w:tcPr>
            <w:tcW w:w="2221" w:type="dxa"/>
          </w:tcPr>
          <w:p w14:paraId="6CE2143C" w14:textId="1C134E4C"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14:paraId="16693582" w14:textId="77777777" w:rsidTr="000D5284">
        <w:trPr>
          <w:jc w:val="center"/>
        </w:trPr>
        <w:tc>
          <w:tcPr>
            <w:tcW w:w="784" w:type="dxa"/>
          </w:tcPr>
          <w:p w14:paraId="07741238" w14:textId="77777777" w:rsidR="0093719A" w:rsidRDefault="0093719A" w:rsidP="0093719A">
            <w:pPr>
              <w:rPr>
                <w:noProof/>
                <w:lang w:eastAsia="ja-JP"/>
              </w:rPr>
            </w:pPr>
            <w:r>
              <w:rPr>
                <w:rFonts w:hint="eastAsia"/>
                <w:noProof/>
                <w:lang w:eastAsia="ja-JP"/>
              </w:rPr>
              <w:t>１０</w:t>
            </w:r>
          </w:p>
        </w:tc>
        <w:tc>
          <w:tcPr>
            <w:tcW w:w="2052" w:type="dxa"/>
          </w:tcPr>
          <w:p w14:paraId="0AEB9037" w14:textId="028C01EE" w:rsidR="0093719A" w:rsidRDefault="0093719A" w:rsidP="000D5284">
            <w:pPr>
              <w:ind w:left="440" w:hangingChars="200" w:hanging="440"/>
              <w:rPr>
                <w:noProof/>
                <w:lang w:eastAsia="ja-JP"/>
              </w:rPr>
            </w:pPr>
            <w:r>
              <w:rPr>
                <w:rFonts w:hint="eastAsia"/>
                <w:noProof/>
                <w:lang w:eastAsia="ja-JP"/>
              </w:rPr>
              <w:t xml:space="preserve">　　年　月　日～　年　月　日</w:t>
            </w:r>
          </w:p>
        </w:tc>
        <w:tc>
          <w:tcPr>
            <w:tcW w:w="1633" w:type="dxa"/>
          </w:tcPr>
          <w:p w14:paraId="0A08455B" w14:textId="6AFDEB6B" w:rsidR="0093719A" w:rsidRDefault="0093719A" w:rsidP="0093719A">
            <w:pPr>
              <w:rPr>
                <w:noProof/>
                <w:lang w:eastAsia="ja-JP"/>
              </w:rPr>
            </w:pPr>
            <w:r>
              <w:rPr>
                <w:rFonts w:hint="eastAsia"/>
                <w:noProof/>
                <w:lang w:eastAsia="ja-JP"/>
              </w:rPr>
              <w:t xml:space="preserve">　　　　　円</w:t>
            </w:r>
          </w:p>
        </w:tc>
        <w:tc>
          <w:tcPr>
            <w:tcW w:w="2447" w:type="dxa"/>
          </w:tcPr>
          <w:p w14:paraId="7A597073" w14:textId="3C32FF3A" w:rsidR="0093719A" w:rsidRDefault="0093719A" w:rsidP="0093719A">
            <w:pPr>
              <w:rPr>
                <w:noProof/>
                <w:lang w:eastAsia="ja-JP"/>
              </w:rPr>
            </w:pPr>
            <w:r>
              <w:rPr>
                <w:rFonts w:hint="eastAsia"/>
                <w:noProof/>
                <w:lang w:eastAsia="ja-JP"/>
              </w:rPr>
              <w:t xml:space="preserve">　　　　　　　　　円</w:t>
            </w:r>
          </w:p>
        </w:tc>
        <w:tc>
          <w:tcPr>
            <w:tcW w:w="2221" w:type="dxa"/>
          </w:tcPr>
          <w:p w14:paraId="543BD50D" w14:textId="2BAF78DA"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14:paraId="33850BAE" w14:textId="77777777" w:rsidTr="000D5284">
        <w:trPr>
          <w:jc w:val="center"/>
        </w:trPr>
        <w:tc>
          <w:tcPr>
            <w:tcW w:w="784" w:type="dxa"/>
          </w:tcPr>
          <w:p w14:paraId="5D367146" w14:textId="77777777" w:rsidR="0093719A" w:rsidRDefault="0093719A" w:rsidP="0093719A">
            <w:pPr>
              <w:rPr>
                <w:noProof/>
                <w:lang w:eastAsia="ja-JP"/>
              </w:rPr>
            </w:pPr>
            <w:r>
              <w:rPr>
                <w:rFonts w:hint="eastAsia"/>
                <w:noProof/>
                <w:lang w:eastAsia="ja-JP"/>
              </w:rPr>
              <w:t>１１</w:t>
            </w:r>
          </w:p>
        </w:tc>
        <w:tc>
          <w:tcPr>
            <w:tcW w:w="2052" w:type="dxa"/>
          </w:tcPr>
          <w:p w14:paraId="0CA47B5A" w14:textId="5032B205" w:rsidR="0093719A" w:rsidRDefault="0093719A" w:rsidP="000D5284">
            <w:pPr>
              <w:ind w:leftChars="200" w:left="440"/>
              <w:rPr>
                <w:noProof/>
                <w:lang w:eastAsia="ja-JP"/>
              </w:rPr>
            </w:pPr>
            <w:r>
              <w:rPr>
                <w:rFonts w:hint="eastAsia"/>
                <w:noProof/>
                <w:lang w:eastAsia="ja-JP"/>
              </w:rPr>
              <w:t>年　月　日～　年　月　日</w:t>
            </w:r>
          </w:p>
        </w:tc>
        <w:tc>
          <w:tcPr>
            <w:tcW w:w="1633" w:type="dxa"/>
          </w:tcPr>
          <w:p w14:paraId="1D1CD4E9" w14:textId="0D535ABE" w:rsidR="0093719A" w:rsidRDefault="0093719A" w:rsidP="0093719A">
            <w:pPr>
              <w:rPr>
                <w:noProof/>
                <w:lang w:eastAsia="ja-JP"/>
              </w:rPr>
            </w:pPr>
            <w:r>
              <w:rPr>
                <w:rFonts w:hint="eastAsia"/>
                <w:noProof/>
                <w:lang w:eastAsia="ja-JP"/>
              </w:rPr>
              <w:t xml:space="preserve">　　　　　円</w:t>
            </w:r>
          </w:p>
        </w:tc>
        <w:tc>
          <w:tcPr>
            <w:tcW w:w="2447" w:type="dxa"/>
          </w:tcPr>
          <w:p w14:paraId="76209E5F" w14:textId="05953FCA" w:rsidR="0093719A" w:rsidRDefault="0093719A" w:rsidP="0093719A">
            <w:pPr>
              <w:rPr>
                <w:noProof/>
                <w:lang w:eastAsia="ja-JP"/>
              </w:rPr>
            </w:pPr>
            <w:r>
              <w:rPr>
                <w:rFonts w:hint="eastAsia"/>
                <w:noProof/>
                <w:lang w:eastAsia="ja-JP"/>
              </w:rPr>
              <w:t xml:space="preserve">　　　　　　　　　円</w:t>
            </w:r>
          </w:p>
        </w:tc>
        <w:tc>
          <w:tcPr>
            <w:tcW w:w="2221" w:type="dxa"/>
          </w:tcPr>
          <w:p w14:paraId="5C689766" w14:textId="05BC025D"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14:paraId="1CFD0008" w14:textId="77777777" w:rsidTr="000D5284">
        <w:trPr>
          <w:jc w:val="center"/>
        </w:trPr>
        <w:tc>
          <w:tcPr>
            <w:tcW w:w="784" w:type="dxa"/>
          </w:tcPr>
          <w:p w14:paraId="121DF412" w14:textId="77777777" w:rsidR="0093719A" w:rsidRDefault="0093719A" w:rsidP="0093719A">
            <w:pPr>
              <w:rPr>
                <w:noProof/>
                <w:lang w:eastAsia="ja-JP"/>
              </w:rPr>
            </w:pPr>
            <w:r>
              <w:rPr>
                <w:rFonts w:hint="eastAsia"/>
                <w:noProof/>
                <w:lang w:eastAsia="ja-JP"/>
              </w:rPr>
              <w:t>１２</w:t>
            </w:r>
          </w:p>
        </w:tc>
        <w:tc>
          <w:tcPr>
            <w:tcW w:w="2052" w:type="dxa"/>
          </w:tcPr>
          <w:p w14:paraId="2229128F" w14:textId="43E44A40" w:rsidR="0093719A" w:rsidRDefault="0093719A" w:rsidP="000D5284">
            <w:pPr>
              <w:ind w:left="440" w:hangingChars="200" w:hanging="440"/>
              <w:rPr>
                <w:noProof/>
                <w:lang w:eastAsia="ja-JP"/>
              </w:rPr>
            </w:pPr>
            <w:r>
              <w:rPr>
                <w:rFonts w:hint="eastAsia"/>
                <w:noProof/>
                <w:lang w:eastAsia="ja-JP"/>
              </w:rPr>
              <w:t xml:space="preserve">　　年　月　日～　年　月　日</w:t>
            </w:r>
          </w:p>
        </w:tc>
        <w:tc>
          <w:tcPr>
            <w:tcW w:w="1633" w:type="dxa"/>
          </w:tcPr>
          <w:p w14:paraId="1CB9BE62" w14:textId="3E356701" w:rsidR="0093719A" w:rsidRDefault="0093719A" w:rsidP="0093719A">
            <w:pPr>
              <w:rPr>
                <w:noProof/>
                <w:lang w:eastAsia="ja-JP"/>
              </w:rPr>
            </w:pPr>
            <w:r>
              <w:rPr>
                <w:rFonts w:hint="eastAsia"/>
                <w:noProof/>
                <w:lang w:eastAsia="ja-JP"/>
              </w:rPr>
              <w:t xml:space="preserve">　　　　　円</w:t>
            </w:r>
          </w:p>
        </w:tc>
        <w:tc>
          <w:tcPr>
            <w:tcW w:w="2447" w:type="dxa"/>
          </w:tcPr>
          <w:p w14:paraId="1CC9858D" w14:textId="68762773" w:rsidR="0093719A" w:rsidRDefault="0093719A" w:rsidP="0093719A">
            <w:pPr>
              <w:rPr>
                <w:noProof/>
                <w:lang w:eastAsia="ja-JP"/>
              </w:rPr>
            </w:pPr>
            <w:r>
              <w:rPr>
                <w:rFonts w:hint="eastAsia"/>
                <w:noProof/>
                <w:lang w:eastAsia="ja-JP"/>
              </w:rPr>
              <w:t xml:space="preserve">　　　　　　　　　円</w:t>
            </w:r>
          </w:p>
        </w:tc>
        <w:tc>
          <w:tcPr>
            <w:tcW w:w="2221" w:type="dxa"/>
          </w:tcPr>
          <w:p w14:paraId="7A1544CA" w14:textId="18B361FC"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14:paraId="5F9E1815" w14:textId="77777777" w:rsidTr="000D5284">
        <w:trPr>
          <w:jc w:val="center"/>
        </w:trPr>
        <w:tc>
          <w:tcPr>
            <w:tcW w:w="784" w:type="dxa"/>
          </w:tcPr>
          <w:p w14:paraId="30F6F61E" w14:textId="77777777" w:rsidR="0093719A" w:rsidRDefault="0093719A" w:rsidP="0093719A">
            <w:pPr>
              <w:rPr>
                <w:noProof/>
                <w:lang w:eastAsia="ja-JP"/>
              </w:rPr>
            </w:pPr>
            <w:r>
              <w:rPr>
                <w:rFonts w:hint="eastAsia"/>
                <w:noProof/>
                <w:lang w:eastAsia="ja-JP"/>
              </w:rPr>
              <w:t>１３</w:t>
            </w:r>
          </w:p>
        </w:tc>
        <w:tc>
          <w:tcPr>
            <w:tcW w:w="2052" w:type="dxa"/>
          </w:tcPr>
          <w:p w14:paraId="0D4CB41E" w14:textId="28016154" w:rsidR="0093719A" w:rsidRDefault="0093719A" w:rsidP="000D5284">
            <w:pPr>
              <w:ind w:left="440" w:hangingChars="200" w:hanging="440"/>
              <w:rPr>
                <w:noProof/>
                <w:lang w:eastAsia="ja-JP"/>
              </w:rPr>
            </w:pPr>
            <w:r>
              <w:rPr>
                <w:rFonts w:hint="eastAsia"/>
                <w:noProof/>
                <w:lang w:eastAsia="ja-JP"/>
              </w:rPr>
              <w:t xml:space="preserve">　　年　月　日～　年　月　日</w:t>
            </w:r>
          </w:p>
        </w:tc>
        <w:tc>
          <w:tcPr>
            <w:tcW w:w="1633" w:type="dxa"/>
          </w:tcPr>
          <w:p w14:paraId="52A6A6DC" w14:textId="7B5914F7" w:rsidR="0093719A" w:rsidRDefault="0093719A" w:rsidP="0093719A">
            <w:pPr>
              <w:rPr>
                <w:noProof/>
                <w:lang w:eastAsia="ja-JP"/>
              </w:rPr>
            </w:pPr>
            <w:r>
              <w:rPr>
                <w:rFonts w:hint="eastAsia"/>
                <w:noProof/>
                <w:lang w:eastAsia="ja-JP"/>
              </w:rPr>
              <w:t xml:space="preserve">　　　　　円</w:t>
            </w:r>
          </w:p>
        </w:tc>
        <w:tc>
          <w:tcPr>
            <w:tcW w:w="2447" w:type="dxa"/>
          </w:tcPr>
          <w:p w14:paraId="5E5C1618" w14:textId="1AE4E29E" w:rsidR="0093719A" w:rsidRDefault="0093719A" w:rsidP="0093719A">
            <w:pPr>
              <w:rPr>
                <w:noProof/>
                <w:lang w:eastAsia="ja-JP"/>
              </w:rPr>
            </w:pPr>
            <w:r>
              <w:rPr>
                <w:rFonts w:hint="eastAsia"/>
                <w:noProof/>
                <w:lang w:eastAsia="ja-JP"/>
              </w:rPr>
              <w:t xml:space="preserve">　　　　　　　　　円</w:t>
            </w:r>
          </w:p>
        </w:tc>
        <w:tc>
          <w:tcPr>
            <w:tcW w:w="2221" w:type="dxa"/>
          </w:tcPr>
          <w:p w14:paraId="0DC87E33" w14:textId="34C2BCDD"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14:paraId="61C27A24" w14:textId="77777777" w:rsidTr="000D5284">
        <w:trPr>
          <w:jc w:val="center"/>
        </w:trPr>
        <w:tc>
          <w:tcPr>
            <w:tcW w:w="784" w:type="dxa"/>
          </w:tcPr>
          <w:p w14:paraId="4F0EC840" w14:textId="77777777" w:rsidR="0093719A" w:rsidRDefault="0093719A" w:rsidP="0093719A">
            <w:pPr>
              <w:rPr>
                <w:noProof/>
                <w:lang w:eastAsia="ja-JP"/>
              </w:rPr>
            </w:pPr>
            <w:r>
              <w:rPr>
                <w:rFonts w:hint="eastAsia"/>
                <w:noProof/>
                <w:lang w:eastAsia="ja-JP"/>
              </w:rPr>
              <w:t>１４</w:t>
            </w:r>
          </w:p>
        </w:tc>
        <w:tc>
          <w:tcPr>
            <w:tcW w:w="2052" w:type="dxa"/>
          </w:tcPr>
          <w:p w14:paraId="05252B4D" w14:textId="02A25C2A" w:rsidR="0093719A" w:rsidRDefault="0093719A" w:rsidP="000D5284">
            <w:pPr>
              <w:ind w:left="440" w:hangingChars="200" w:hanging="440"/>
              <w:rPr>
                <w:noProof/>
                <w:lang w:eastAsia="ja-JP"/>
              </w:rPr>
            </w:pPr>
            <w:r>
              <w:rPr>
                <w:rFonts w:hint="eastAsia"/>
                <w:noProof/>
                <w:lang w:eastAsia="ja-JP"/>
              </w:rPr>
              <w:t xml:space="preserve">　　年　月　日～　年　月　日</w:t>
            </w:r>
          </w:p>
        </w:tc>
        <w:tc>
          <w:tcPr>
            <w:tcW w:w="1633" w:type="dxa"/>
          </w:tcPr>
          <w:p w14:paraId="7DFAD999" w14:textId="6EB0EDF4" w:rsidR="0093719A" w:rsidRDefault="0093719A" w:rsidP="0093719A">
            <w:pPr>
              <w:rPr>
                <w:noProof/>
                <w:lang w:eastAsia="ja-JP"/>
              </w:rPr>
            </w:pPr>
            <w:r>
              <w:rPr>
                <w:rFonts w:hint="eastAsia"/>
                <w:noProof/>
                <w:lang w:eastAsia="ja-JP"/>
              </w:rPr>
              <w:t xml:space="preserve">　　　　　円</w:t>
            </w:r>
          </w:p>
        </w:tc>
        <w:tc>
          <w:tcPr>
            <w:tcW w:w="2447" w:type="dxa"/>
          </w:tcPr>
          <w:p w14:paraId="1B7ABE5E" w14:textId="24CD859C" w:rsidR="0093719A" w:rsidRDefault="0093719A" w:rsidP="0093719A">
            <w:pPr>
              <w:rPr>
                <w:noProof/>
                <w:lang w:eastAsia="ja-JP"/>
              </w:rPr>
            </w:pPr>
            <w:r>
              <w:rPr>
                <w:rFonts w:hint="eastAsia"/>
                <w:noProof/>
                <w:lang w:eastAsia="ja-JP"/>
              </w:rPr>
              <w:t xml:space="preserve">　　　　　　　　　円</w:t>
            </w:r>
          </w:p>
        </w:tc>
        <w:tc>
          <w:tcPr>
            <w:tcW w:w="2221" w:type="dxa"/>
          </w:tcPr>
          <w:p w14:paraId="4EE5D252" w14:textId="2DD44C98" w:rsidR="0093719A" w:rsidRDefault="0093719A" w:rsidP="0093719A">
            <w:pPr>
              <w:rPr>
                <w:noProof/>
                <w:lang w:eastAsia="ja-JP"/>
              </w:rPr>
            </w:pPr>
            <w:r>
              <w:rPr>
                <w:rFonts w:hint="eastAsia"/>
                <w:noProof/>
                <w:lang w:eastAsia="ja-JP"/>
              </w:rPr>
              <w:t xml:space="preserve">　　　　　</w:t>
            </w:r>
            <w:r w:rsidR="000D5284">
              <w:rPr>
                <w:rFonts w:hint="eastAsia"/>
                <w:noProof/>
                <w:lang w:eastAsia="ja-JP"/>
              </w:rPr>
              <w:t xml:space="preserve">　</w:t>
            </w:r>
            <w:r>
              <w:rPr>
                <w:rFonts w:hint="eastAsia"/>
                <w:noProof/>
                <w:lang w:eastAsia="ja-JP"/>
              </w:rPr>
              <w:t xml:space="preserve">　円</w:t>
            </w:r>
          </w:p>
        </w:tc>
      </w:tr>
      <w:tr w:rsidR="0093719A" w:rsidRPr="00051A89" w14:paraId="331A799C" w14:textId="77777777" w:rsidTr="000D5284">
        <w:trPr>
          <w:trHeight w:val="545"/>
          <w:jc w:val="center"/>
        </w:trPr>
        <w:tc>
          <w:tcPr>
            <w:tcW w:w="6916" w:type="dxa"/>
            <w:gridSpan w:val="4"/>
          </w:tcPr>
          <w:p w14:paraId="7CD4958F" w14:textId="7935837E" w:rsidR="0093719A" w:rsidRPr="00051A89" w:rsidRDefault="0093719A" w:rsidP="0093719A">
            <w:pPr>
              <w:jc w:val="right"/>
              <w:rPr>
                <w:b/>
                <w:bCs/>
                <w:noProof/>
                <w:sz w:val="24"/>
                <w:szCs w:val="24"/>
                <w:lang w:eastAsia="ja-JP"/>
              </w:rPr>
            </w:pPr>
            <w:r>
              <w:rPr>
                <w:rFonts w:hint="eastAsia"/>
                <w:b/>
                <w:bCs/>
                <w:noProof/>
                <w:sz w:val="24"/>
                <w:szCs w:val="24"/>
                <w:lang w:eastAsia="ja-JP"/>
              </w:rPr>
              <w:t>申請</w:t>
            </w:r>
            <w:r w:rsidRPr="00051A89">
              <w:rPr>
                <w:rFonts w:hint="eastAsia"/>
                <w:b/>
                <w:bCs/>
                <w:noProof/>
                <w:sz w:val="24"/>
                <w:szCs w:val="24"/>
                <w:lang w:eastAsia="ja-JP"/>
              </w:rPr>
              <w:t>額</w:t>
            </w:r>
            <w:r w:rsidR="00415CD6">
              <w:rPr>
                <w:rFonts w:hint="eastAsia"/>
                <w:b/>
                <w:bCs/>
                <w:noProof/>
                <w:sz w:val="24"/>
                <w:szCs w:val="24"/>
                <w:lang w:eastAsia="ja-JP"/>
              </w:rPr>
              <w:t>➂</w:t>
            </w:r>
            <w:r w:rsidRPr="00051A89">
              <w:rPr>
                <w:rFonts w:hint="eastAsia"/>
                <w:b/>
                <w:bCs/>
                <w:noProof/>
                <w:sz w:val="24"/>
                <w:szCs w:val="24"/>
                <w:lang w:eastAsia="ja-JP"/>
              </w:rPr>
              <w:t xml:space="preserve">　計</w:t>
            </w:r>
          </w:p>
        </w:tc>
        <w:tc>
          <w:tcPr>
            <w:tcW w:w="2221" w:type="dxa"/>
          </w:tcPr>
          <w:p w14:paraId="027A9107" w14:textId="77777777" w:rsidR="0093719A" w:rsidRPr="00051A89" w:rsidRDefault="0093719A" w:rsidP="0093719A">
            <w:pPr>
              <w:jc w:val="right"/>
              <w:rPr>
                <w:b/>
                <w:bCs/>
                <w:noProof/>
                <w:sz w:val="24"/>
                <w:szCs w:val="24"/>
                <w:lang w:eastAsia="ja-JP"/>
              </w:rPr>
            </w:pPr>
            <w:r w:rsidRPr="00051A89">
              <w:rPr>
                <w:rFonts w:hint="eastAsia"/>
                <w:b/>
                <w:bCs/>
                <w:noProof/>
                <w:sz w:val="24"/>
                <w:szCs w:val="24"/>
                <w:lang w:eastAsia="ja-JP"/>
              </w:rPr>
              <w:t>円</w:t>
            </w:r>
          </w:p>
        </w:tc>
      </w:tr>
    </w:tbl>
    <w:p w14:paraId="28BE67A5" w14:textId="77777777" w:rsidR="000D5284" w:rsidRDefault="000D5284" w:rsidP="00D976FD">
      <w:pPr>
        <w:rPr>
          <w:noProof/>
          <w:lang w:eastAsia="ja-JP"/>
        </w:rPr>
      </w:pPr>
    </w:p>
    <w:p w14:paraId="7F40A3C3" w14:textId="3598D132" w:rsidR="000D5284" w:rsidRDefault="000D5284" w:rsidP="00D976FD">
      <w:pPr>
        <w:rPr>
          <w:noProof/>
          <w:lang w:eastAsia="ja-JP"/>
        </w:rPr>
      </w:pPr>
    </w:p>
    <w:p w14:paraId="2A0838EB" w14:textId="4DAA3EF2" w:rsidR="00B56312" w:rsidRDefault="00B56312" w:rsidP="00D976FD">
      <w:pPr>
        <w:rPr>
          <w:noProof/>
          <w:lang w:eastAsia="ja-JP"/>
        </w:rPr>
      </w:pPr>
      <w:r>
        <w:rPr>
          <w:rFonts w:hint="eastAsia"/>
          <w:noProof/>
          <w:lang w:eastAsia="ja-JP"/>
        </w:rPr>
        <w:t xml:space="preserve">申請額①　　　　　申請額②　　　　　申請額➂　　　　　</w:t>
      </w:r>
      <w:r w:rsidRPr="00B56312">
        <w:rPr>
          <w:rFonts w:hint="eastAsia"/>
          <w:b/>
          <w:bCs/>
          <w:noProof/>
          <w:lang w:eastAsia="ja-JP"/>
        </w:rPr>
        <w:t>申請額合計</w:t>
      </w:r>
    </w:p>
    <w:p w14:paraId="5438E511" w14:textId="429E4AD9" w:rsidR="00415CD6" w:rsidRPr="00BE16F5" w:rsidRDefault="00B56312" w:rsidP="00B56312">
      <w:pPr>
        <w:rPr>
          <w:noProof/>
          <w:lang w:eastAsia="ja-JP"/>
        </w:rPr>
      </w:pPr>
      <w:r w:rsidRPr="00B56312">
        <w:rPr>
          <w:rFonts w:hint="eastAsia"/>
          <w:noProof/>
          <w:u w:val="single"/>
          <w:lang w:eastAsia="ja-JP"/>
        </w:rPr>
        <w:t xml:space="preserve">　　　</w:t>
      </w:r>
      <w:r>
        <w:rPr>
          <w:rFonts w:hint="eastAsia"/>
          <w:noProof/>
          <w:u w:val="single"/>
          <w:lang w:eastAsia="ja-JP"/>
        </w:rPr>
        <w:t xml:space="preserve">　</w:t>
      </w:r>
      <w:r w:rsidRPr="00B56312">
        <w:rPr>
          <w:rFonts w:hint="eastAsia"/>
          <w:noProof/>
          <w:u w:val="single"/>
          <w:lang w:eastAsia="ja-JP"/>
        </w:rPr>
        <w:t xml:space="preserve">　　　円</w:t>
      </w:r>
      <w:r>
        <w:rPr>
          <w:rFonts w:hint="eastAsia"/>
          <w:noProof/>
          <w:lang w:eastAsia="ja-JP"/>
        </w:rPr>
        <w:t>＋</w:t>
      </w:r>
      <w:r w:rsidRPr="00B56312">
        <w:rPr>
          <w:rFonts w:hint="eastAsia"/>
          <w:noProof/>
          <w:u w:val="single"/>
          <w:lang w:eastAsia="ja-JP"/>
        </w:rPr>
        <w:t xml:space="preserve">　　　　　　　円</w:t>
      </w:r>
      <w:r>
        <w:rPr>
          <w:rFonts w:hint="eastAsia"/>
          <w:noProof/>
          <w:lang w:eastAsia="ja-JP"/>
        </w:rPr>
        <w:t>＋</w:t>
      </w:r>
      <w:r w:rsidRPr="00B56312">
        <w:rPr>
          <w:rFonts w:hint="eastAsia"/>
          <w:noProof/>
          <w:u w:val="single"/>
          <w:lang w:eastAsia="ja-JP"/>
        </w:rPr>
        <w:t xml:space="preserve">　　　　　　　円</w:t>
      </w:r>
      <w:r>
        <w:rPr>
          <w:rFonts w:hint="eastAsia"/>
          <w:noProof/>
          <w:lang w:eastAsia="ja-JP"/>
        </w:rPr>
        <w:t>＝</w:t>
      </w:r>
      <w:r w:rsidRPr="00B56312">
        <w:rPr>
          <w:rFonts w:hint="eastAsia"/>
          <w:b/>
          <w:bCs/>
          <w:noProof/>
          <w:u w:val="single"/>
          <w:lang w:eastAsia="ja-JP"/>
        </w:rPr>
        <w:t xml:space="preserve">　　　　　　　円</w:t>
      </w:r>
    </w:p>
    <w:p w14:paraId="7E87B0FC" w14:textId="07A52DC3" w:rsidR="008E6748" w:rsidRDefault="00A61199" w:rsidP="00B56312">
      <w:pPr>
        <w:rPr>
          <w:noProof/>
          <w:lang w:eastAsia="ja-JP"/>
        </w:rPr>
      </w:pPr>
      <w:r>
        <w:rPr>
          <w:lang w:eastAsia="ja-JP"/>
        </w:rPr>
        <w:br w:type="page"/>
      </w:r>
      <w:r w:rsidR="008E6748">
        <w:rPr>
          <w:rFonts w:hint="eastAsia"/>
          <w:noProof/>
          <w:lang w:eastAsia="ja-JP"/>
        </w:rPr>
        <w:lastRenderedPageBreak/>
        <w:t>＜</w:t>
      </w:r>
      <w:r w:rsidR="00415CD6">
        <w:rPr>
          <w:rFonts w:hint="eastAsia"/>
          <w:noProof/>
          <w:lang w:eastAsia="ja-JP"/>
        </w:rPr>
        <w:t>添付書類</w:t>
      </w:r>
      <w:r w:rsidR="008E6748">
        <w:rPr>
          <w:rFonts w:hint="eastAsia"/>
          <w:noProof/>
          <w:lang w:eastAsia="ja-JP"/>
        </w:rPr>
        <w:t xml:space="preserve">　□欄にチェック印（☑）を記入してください＞</w:t>
      </w:r>
    </w:p>
    <w:p w14:paraId="0DD6C73C" w14:textId="3ECF212E" w:rsidR="009A56CA" w:rsidRDefault="009A56CA" w:rsidP="00B56312">
      <w:pPr>
        <w:rPr>
          <w:noProof/>
          <w:lang w:eastAsia="ja-JP"/>
        </w:rPr>
      </w:pPr>
      <w:r>
        <w:rPr>
          <w:rFonts w:hint="eastAsia"/>
          <w:noProof/>
          <w:lang w:eastAsia="ja-JP"/>
        </w:rPr>
        <w:t>□</w:t>
      </w:r>
      <w:r w:rsidR="00932724">
        <w:rPr>
          <w:rFonts w:hint="eastAsia"/>
          <w:noProof/>
          <w:lang w:eastAsia="ja-JP"/>
        </w:rPr>
        <w:t>妊婦健診受診日、</w:t>
      </w:r>
      <w:r>
        <w:rPr>
          <w:rFonts w:hint="eastAsia"/>
          <w:noProof/>
          <w:lang w:eastAsia="ja-JP"/>
        </w:rPr>
        <w:t>出産日及び分娩した施設が確認できる部分の写し（母子健康手帳等）</w:t>
      </w:r>
    </w:p>
    <w:p w14:paraId="7EE14B91" w14:textId="13191E2D" w:rsidR="00415CD6" w:rsidRDefault="00415CD6" w:rsidP="008E6748">
      <w:pPr>
        <w:rPr>
          <w:noProof/>
          <w:lang w:eastAsia="ja-JP"/>
        </w:rPr>
      </w:pPr>
      <w:r>
        <w:rPr>
          <w:rFonts w:hint="eastAsia"/>
          <w:noProof/>
          <w:lang w:eastAsia="ja-JP"/>
        </w:rPr>
        <w:t>□各利用日の</w:t>
      </w:r>
      <w:r w:rsidR="00014DE1">
        <w:rPr>
          <w:rFonts w:hint="eastAsia"/>
          <w:noProof/>
          <w:lang w:eastAsia="ja-JP"/>
        </w:rPr>
        <w:t>次の記載がある</w:t>
      </w:r>
      <w:r>
        <w:rPr>
          <w:rFonts w:hint="eastAsia"/>
          <w:noProof/>
          <w:lang w:eastAsia="ja-JP"/>
        </w:rPr>
        <w:t>領収書</w:t>
      </w:r>
    </w:p>
    <w:p w14:paraId="430BA6DB" w14:textId="086ED43B" w:rsidR="00014DE1" w:rsidRDefault="00014DE1" w:rsidP="008E6748">
      <w:pPr>
        <w:rPr>
          <w:noProof/>
          <w:lang w:eastAsia="ja-JP"/>
        </w:rPr>
      </w:pPr>
      <w:r>
        <w:rPr>
          <w:rFonts w:hint="eastAsia"/>
          <w:noProof/>
          <w:lang w:eastAsia="ja-JP"/>
        </w:rPr>
        <w:t xml:space="preserve">　交通費：利用日、利用料金</w:t>
      </w:r>
    </w:p>
    <w:p w14:paraId="435D62ED" w14:textId="00AB8046" w:rsidR="00014DE1" w:rsidRDefault="00014DE1" w:rsidP="008E6748">
      <w:pPr>
        <w:rPr>
          <w:noProof/>
          <w:lang w:eastAsia="ja-JP"/>
        </w:rPr>
      </w:pPr>
      <w:r>
        <w:rPr>
          <w:rFonts w:hint="eastAsia"/>
          <w:noProof/>
          <w:lang w:eastAsia="ja-JP"/>
        </w:rPr>
        <w:t xml:space="preserve">　宿泊費：宿泊施設、宿泊者、宿泊日、宿泊日数、宿泊費</w:t>
      </w:r>
    </w:p>
    <w:p w14:paraId="4C1C72E2" w14:textId="031642D9" w:rsidR="00415CD6" w:rsidRDefault="00B56312" w:rsidP="008E6748">
      <w:pPr>
        <w:rPr>
          <w:noProof/>
          <w:lang w:eastAsia="ja-JP"/>
        </w:rPr>
      </w:pPr>
      <w:r>
        <w:rPr>
          <w:rFonts w:hint="eastAsia"/>
          <w:noProof/>
          <w:lang w:eastAsia="ja-JP"/>
        </w:rPr>
        <w:t>□申請者の振り込み金融機関の口座が確認できるものの写し</w:t>
      </w:r>
    </w:p>
    <w:p w14:paraId="471E73FF" w14:textId="54CE9065" w:rsidR="00B56312" w:rsidRPr="00415CD6" w:rsidRDefault="00B56312" w:rsidP="008E6748">
      <w:pPr>
        <w:rPr>
          <w:noProof/>
          <w:lang w:eastAsia="ja-JP"/>
        </w:rPr>
      </w:pPr>
      <w:r>
        <w:rPr>
          <w:rFonts w:hint="eastAsia"/>
          <w:noProof/>
          <w:lang w:eastAsia="ja-JP"/>
        </w:rPr>
        <w:t>□申請者本人であることが確認できるものの写し（運転免許証</w:t>
      </w:r>
      <w:r w:rsidR="00C76215">
        <w:rPr>
          <w:rFonts w:hint="eastAsia"/>
          <w:noProof/>
          <w:lang w:eastAsia="ja-JP"/>
        </w:rPr>
        <w:t>、マイナンバーカードの顔写真がある面</w:t>
      </w:r>
      <w:r>
        <w:rPr>
          <w:rFonts w:hint="eastAsia"/>
          <w:noProof/>
          <w:lang w:eastAsia="ja-JP"/>
        </w:rPr>
        <w:t>等）</w:t>
      </w:r>
    </w:p>
    <w:p w14:paraId="7DF87D08" w14:textId="77777777" w:rsidR="00F377C0" w:rsidRDefault="008E6748" w:rsidP="008E6748">
      <w:pPr>
        <w:rPr>
          <w:noProof/>
          <w:lang w:eastAsia="ja-JP"/>
        </w:rPr>
      </w:pPr>
      <w:r>
        <w:rPr>
          <w:rFonts w:hint="eastAsia"/>
          <w:noProof/>
          <w:lang w:eastAsia="ja-JP"/>
        </w:rPr>
        <w:t>□医学的な理由等により、周産期母子医療センターで分娩する必要がある妊婦（ハイリスク妊婦）に該当する場合は、「医学的な理由等」を認めると判断できうる書類</w:t>
      </w:r>
    </w:p>
    <w:p w14:paraId="17332E65" w14:textId="6BB9E582" w:rsidR="00F377C0" w:rsidRDefault="00F377C0" w:rsidP="00F377C0">
      <w:pPr>
        <w:ind w:leftChars="100" w:left="660" w:hangingChars="200" w:hanging="440"/>
        <w:rPr>
          <w:noProof/>
          <w:lang w:eastAsia="ja-JP"/>
        </w:rPr>
      </w:pPr>
      <w:r>
        <w:rPr>
          <w:rFonts w:hint="eastAsia"/>
          <w:noProof/>
          <w:lang w:eastAsia="ja-JP"/>
        </w:rPr>
        <w:t>例：</w:t>
      </w:r>
      <w:r w:rsidR="008E6748">
        <w:rPr>
          <w:rFonts w:hint="eastAsia"/>
          <w:noProof/>
          <w:lang w:eastAsia="ja-JP"/>
        </w:rPr>
        <w:t>入院時の診療報酬明細書に「ハイリスク妊娠管理加算」又は「ハイリスク分娩管理加算」が記載されているものの写し</w:t>
      </w:r>
      <w:r>
        <w:rPr>
          <w:rFonts w:hint="eastAsia"/>
          <w:noProof/>
          <w:lang w:eastAsia="ja-JP"/>
        </w:rPr>
        <w:t>等</w:t>
      </w:r>
    </w:p>
    <w:p w14:paraId="57960612" w14:textId="5A05B192" w:rsidR="008E6748" w:rsidRDefault="00F377C0" w:rsidP="00F377C0">
      <w:pPr>
        <w:ind w:firstLineChars="100" w:firstLine="220"/>
        <w:rPr>
          <w:noProof/>
          <w:lang w:eastAsia="ja-JP"/>
        </w:rPr>
      </w:pPr>
      <w:r>
        <w:rPr>
          <w:rFonts w:hint="eastAsia"/>
          <w:noProof/>
          <w:lang w:eastAsia="ja-JP"/>
        </w:rPr>
        <w:t>※</w:t>
      </w:r>
      <w:r w:rsidR="008E6748" w:rsidRPr="00834FB4">
        <w:rPr>
          <w:rFonts w:hint="eastAsia"/>
          <w:noProof/>
          <w:lang w:eastAsia="ja-JP"/>
        </w:rPr>
        <w:t>医師の診断書等が必要になる場合もあります</w:t>
      </w:r>
      <w:r w:rsidR="008E6748">
        <w:rPr>
          <w:rFonts w:hint="eastAsia"/>
          <w:noProof/>
          <w:lang w:eastAsia="ja-JP"/>
        </w:rPr>
        <w:t>。</w:t>
      </w:r>
    </w:p>
    <w:p w14:paraId="2F56F7D5" w14:textId="0A59CBAF" w:rsidR="00B56312" w:rsidRPr="00834FB4" w:rsidRDefault="00B56312" w:rsidP="008E6748">
      <w:pPr>
        <w:rPr>
          <w:noProof/>
          <w:lang w:eastAsia="ja-JP"/>
        </w:rPr>
      </w:pPr>
      <w:r>
        <w:rPr>
          <w:rFonts w:hint="eastAsia"/>
          <w:noProof/>
          <w:lang w:eastAsia="ja-JP"/>
        </w:rPr>
        <w:t>□里帰りしている場合は、里帰り先の居住地の住所を示す書類（里帰り先の</w:t>
      </w:r>
      <w:r w:rsidR="001D3079">
        <w:rPr>
          <w:rFonts w:hint="eastAsia"/>
          <w:noProof/>
          <w:lang w:eastAsia="ja-JP"/>
        </w:rPr>
        <w:t>人</w:t>
      </w:r>
      <w:r>
        <w:rPr>
          <w:rFonts w:hint="eastAsia"/>
          <w:noProof/>
          <w:lang w:eastAsia="ja-JP"/>
        </w:rPr>
        <w:t>の住所が分かる運転免許証や住民票</w:t>
      </w:r>
      <w:r w:rsidR="00C76215">
        <w:rPr>
          <w:rFonts w:hint="eastAsia"/>
          <w:noProof/>
          <w:lang w:eastAsia="ja-JP"/>
        </w:rPr>
        <w:t>、マイナンバーカードの顔写真がある面</w:t>
      </w:r>
      <w:r>
        <w:rPr>
          <w:rFonts w:hint="eastAsia"/>
          <w:noProof/>
          <w:lang w:eastAsia="ja-JP"/>
        </w:rPr>
        <w:t>等）</w:t>
      </w:r>
    </w:p>
    <w:p w14:paraId="51A74DFB" w14:textId="409725EB" w:rsidR="001C287C" w:rsidRDefault="001C287C">
      <w:pPr>
        <w:rPr>
          <w:lang w:eastAsia="ja-JP"/>
        </w:rPr>
      </w:pPr>
    </w:p>
    <w:sectPr w:rsidR="001C287C"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05385" w14:textId="77777777" w:rsidR="00932724" w:rsidRDefault="00932724" w:rsidP="00932724">
      <w:pPr>
        <w:spacing w:after="0" w:line="240" w:lineRule="auto"/>
      </w:pPr>
      <w:r>
        <w:separator/>
      </w:r>
    </w:p>
  </w:endnote>
  <w:endnote w:type="continuationSeparator" w:id="0">
    <w:p w14:paraId="0ADC6020" w14:textId="77777777" w:rsidR="00932724" w:rsidRDefault="00932724" w:rsidP="0093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E7E3C" w14:textId="77777777" w:rsidR="00932724" w:rsidRDefault="00932724" w:rsidP="00932724">
      <w:pPr>
        <w:spacing w:after="0" w:line="240" w:lineRule="auto"/>
      </w:pPr>
      <w:r>
        <w:separator/>
      </w:r>
    </w:p>
  </w:footnote>
  <w:footnote w:type="continuationSeparator" w:id="0">
    <w:p w14:paraId="5744CF44" w14:textId="77777777" w:rsidR="00932724" w:rsidRDefault="00932724" w:rsidP="00932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B1C7023"/>
    <w:multiLevelType w:val="hybridMultilevel"/>
    <w:tmpl w:val="F1B445DC"/>
    <w:lvl w:ilvl="0" w:tplc="8FEE45D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12294273">
    <w:abstractNumId w:val="8"/>
  </w:num>
  <w:num w:numId="2" w16cid:durableId="51852861">
    <w:abstractNumId w:val="6"/>
  </w:num>
  <w:num w:numId="3" w16cid:durableId="1076516922">
    <w:abstractNumId w:val="5"/>
  </w:num>
  <w:num w:numId="4" w16cid:durableId="1421754662">
    <w:abstractNumId w:val="4"/>
  </w:num>
  <w:num w:numId="5" w16cid:durableId="546718608">
    <w:abstractNumId w:val="7"/>
  </w:num>
  <w:num w:numId="6" w16cid:durableId="304235509">
    <w:abstractNumId w:val="3"/>
  </w:num>
  <w:num w:numId="7" w16cid:durableId="850949564">
    <w:abstractNumId w:val="2"/>
  </w:num>
  <w:num w:numId="8" w16cid:durableId="1443259310">
    <w:abstractNumId w:val="1"/>
  </w:num>
  <w:num w:numId="9" w16cid:durableId="596642438">
    <w:abstractNumId w:val="0"/>
  </w:num>
  <w:num w:numId="10" w16cid:durableId="5621043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DE1"/>
    <w:rsid w:val="000214DE"/>
    <w:rsid w:val="00034616"/>
    <w:rsid w:val="00051A89"/>
    <w:rsid w:val="0006063C"/>
    <w:rsid w:val="000A7D76"/>
    <w:rsid w:val="000D5284"/>
    <w:rsid w:val="0015074B"/>
    <w:rsid w:val="001C287C"/>
    <w:rsid w:val="001D3079"/>
    <w:rsid w:val="0029639D"/>
    <w:rsid w:val="00296944"/>
    <w:rsid w:val="002B0B5F"/>
    <w:rsid w:val="002F2D38"/>
    <w:rsid w:val="002F6804"/>
    <w:rsid w:val="00326F90"/>
    <w:rsid w:val="003F3C5C"/>
    <w:rsid w:val="00415CD6"/>
    <w:rsid w:val="004E2826"/>
    <w:rsid w:val="00721288"/>
    <w:rsid w:val="00817F5E"/>
    <w:rsid w:val="00833651"/>
    <w:rsid w:val="00834FB4"/>
    <w:rsid w:val="008E6748"/>
    <w:rsid w:val="00932724"/>
    <w:rsid w:val="0093719A"/>
    <w:rsid w:val="009A56CA"/>
    <w:rsid w:val="009E3859"/>
    <w:rsid w:val="00A61199"/>
    <w:rsid w:val="00A824AA"/>
    <w:rsid w:val="00A94674"/>
    <w:rsid w:val="00AA1D8D"/>
    <w:rsid w:val="00AA7A3E"/>
    <w:rsid w:val="00B47730"/>
    <w:rsid w:val="00B56312"/>
    <w:rsid w:val="00BE16F5"/>
    <w:rsid w:val="00C76215"/>
    <w:rsid w:val="00CB0664"/>
    <w:rsid w:val="00D3276A"/>
    <w:rsid w:val="00D976FD"/>
    <w:rsid w:val="00E54425"/>
    <w:rsid w:val="00F377C0"/>
    <w:rsid w:val="00F57507"/>
    <w:rsid w:val="00FC693F"/>
    <w:rsid w:val="00FF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v:textbox inset="5.85pt,.7pt,5.85pt,.7pt"/>
    </o:shapedefaults>
    <o:shapelayout v:ext="edit">
      <o:idmap v:ext="edit" data="1"/>
    </o:shapelayout>
  </w:shapeDefaults>
  <w:decimalSymbol w:val="."/>
  <w:listSeparator w:val=","/>
  <w14:docId w14:val="19423D6E"/>
  <w14:defaultImageDpi w14:val="300"/>
  <w15:docId w15:val="{E336E500-68E0-42B6-B507-F8A2A08F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2">
    <w:name w:val="Plain Table 2"/>
    <w:basedOn w:val="a3"/>
    <w:uiPriority w:val="99"/>
    <w:rsid w:val="000D528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5</Pages>
  <Words>488</Words>
  <Characters>2783</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福本　寧々</cp:lastModifiedBy>
  <cp:revision>14</cp:revision>
  <dcterms:created xsi:type="dcterms:W3CDTF">2026-06-09T02:54:00Z</dcterms:created>
  <dcterms:modified xsi:type="dcterms:W3CDTF">2026-06-18T02:21:00Z</dcterms:modified>
  <cp:category/>
</cp:coreProperties>
</file>